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A6F538" w14:textId="08570088" w:rsidR="004445BA" w:rsidRDefault="004445BA" w:rsidP="00CF2BE5">
      <w:pPr>
        <w:pStyle w:val="Heading1"/>
        <w:rPr>
          <w:rFonts w:ascii="Arial" w:hAnsi="Arial" w:cs="Arial"/>
          <w:sz w:val="52"/>
          <w:szCs w:val="52"/>
        </w:rPr>
      </w:pPr>
      <w:r w:rsidRPr="6ABC7C16">
        <w:rPr>
          <w:rFonts w:ascii="Arial" w:hAnsi="Arial" w:cs="Arial"/>
          <w:sz w:val="52"/>
          <w:szCs w:val="52"/>
        </w:rPr>
        <w:t xml:space="preserve">Derby College </w:t>
      </w:r>
      <w:r w:rsidR="00BE09B4" w:rsidRPr="6ABC7C16">
        <w:rPr>
          <w:rFonts w:ascii="Arial" w:hAnsi="Arial" w:cs="Arial"/>
          <w:sz w:val="52"/>
          <w:szCs w:val="52"/>
        </w:rPr>
        <w:t xml:space="preserve">Winter </w:t>
      </w:r>
      <w:r w:rsidR="53CE5D0E" w:rsidRPr="6ABC7C16">
        <w:rPr>
          <w:rFonts w:ascii="Arial" w:hAnsi="Arial" w:cs="Arial"/>
          <w:sz w:val="52"/>
          <w:szCs w:val="52"/>
        </w:rPr>
        <w:t>Showjumping</w:t>
      </w:r>
      <w:r w:rsidR="00CF2BE5">
        <w:rPr>
          <w:rFonts w:ascii="Arial" w:hAnsi="Arial" w:cs="Arial"/>
          <w:sz w:val="52"/>
          <w:szCs w:val="52"/>
        </w:rPr>
        <w:t xml:space="preserve"> </w:t>
      </w:r>
      <w:r w:rsidR="00BE09B4" w:rsidRPr="6ABC7C16">
        <w:rPr>
          <w:rFonts w:ascii="Arial" w:hAnsi="Arial" w:cs="Arial"/>
          <w:sz w:val="52"/>
          <w:szCs w:val="52"/>
        </w:rPr>
        <w:t>Series</w:t>
      </w:r>
    </w:p>
    <w:p w14:paraId="7B4BC759" w14:textId="0E687153" w:rsidR="00546171" w:rsidRPr="00DC17E3" w:rsidRDefault="00CF2BE5" w:rsidP="3CD4307A">
      <w:pPr>
        <w:jc w:val="center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31FF0DA5" wp14:editId="57D03E6A">
            <wp:simplePos x="0" y="0"/>
            <wp:positionH relativeFrom="margin">
              <wp:align>center</wp:align>
            </wp:positionH>
            <wp:positionV relativeFrom="paragraph">
              <wp:posOffset>22225</wp:posOffset>
            </wp:positionV>
            <wp:extent cx="2159432" cy="1693048"/>
            <wp:effectExtent l="0" t="0" r="0" b="2540"/>
            <wp:wrapTight wrapText="bothSides">
              <wp:wrapPolygon edited="0">
                <wp:start x="0" y="0"/>
                <wp:lineTo x="0" y="21389"/>
                <wp:lineTo x="21346" y="21389"/>
                <wp:lineTo x="21346" y="0"/>
                <wp:lineTo x="0" y="0"/>
              </wp:wrapPolygon>
            </wp:wrapTight>
            <wp:docPr id="1143120007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3120007" name="Picture 1143120007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b="5357"/>
                    <a:stretch>
                      <a:fillRect/>
                    </a:stretch>
                  </pic:blipFill>
                  <pic:spPr>
                    <a:xfrm>
                      <a:off x="0" y="0"/>
                      <a:ext cx="2159432" cy="16930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36A096" w14:textId="77777777" w:rsidR="008719DB" w:rsidRDefault="008719DB" w:rsidP="00B76E73">
      <w:pPr>
        <w:pStyle w:val="Heading1"/>
        <w:jc w:val="center"/>
        <w:rPr>
          <w:rFonts w:ascii="Arial" w:hAnsi="Arial" w:cs="Arial"/>
        </w:rPr>
      </w:pPr>
    </w:p>
    <w:p w14:paraId="0B3AAE4E" w14:textId="77777777" w:rsidR="008719DB" w:rsidRDefault="008719DB" w:rsidP="00B76E73">
      <w:pPr>
        <w:pStyle w:val="Heading1"/>
        <w:jc w:val="center"/>
        <w:rPr>
          <w:rFonts w:ascii="Arial" w:hAnsi="Arial" w:cs="Arial"/>
        </w:rPr>
      </w:pPr>
    </w:p>
    <w:p w14:paraId="149EE501" w14:textId="2618F9F5" w:rsidR="00546171" w:rsidRPr="00DC17E3" w:rsidRDefault="00546171" w:rsidP="00B76E73">
      <w:pPr>
        <w:pStyle w:val="Heading1"/>
        <w:jc w:val="center"/>
        <w:rPr>
          <w:rFonts w:ascii="Arial" w:hAnsi="Arial" w:cs="Arial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1E0" w:firstRow="1" w:lastRow="1" w:firstColumn="1" w:lastColumn="1" w:noHBand="0" w:noVBand="0"/>
      </w:tblPr>
      <w:tblGrid>
        <w:gridCol w:w="1341"/>
        <w:gridCol w:w="1318"/>
        <w:gridCol w:w="1260"/>
        <w:gridCol w:w="1246"/>
        <w:gridCol w:w="1229"/>
        <w:gridCol w:w="1287"/>
        <w:gridCol w:w="1388"/>
        <w:gridCol w:w="1641"/>
      </w:tblGrid>
      <w:tr w:rsidR="3CD4307A" w14:paraId="7C860504" w14:textId="77777777" w:rsidTr="45B5D40B">
        <w:trPr>
          <w:trHeight w:val="870"/>
        </w:trPr>
        <w:tc>
          <w:tcPr>
            <w:tcW w:w="1365" w:type="dxa"/>
            <w:tcBorders>
              <w:top w:val="single" w:sz="36" w:space="0" w:color="808080" w:themeColor="background1" w:themeShade="80"/>
              <w:left w:val="single" w:sz="36" w:space="0" w:color="808080" w:themeColor="background1" w:themeShade="80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66332B1" w14:textId="79887552" w:rsidR="3CD4307A" w:rsidRDefault="3CD4307A" w:rsidP="3CD4307A">
            <w:pPr>
              <w:spacing w:after="0"/>
              <w:rPr>
                <w:rFonts w:ascii="Arial Nova" w:eastAsia="Arial Nova" w:hAnsi="Arial Nova" w:cs="Arial Nova"/>
                <w:color w:val="000000" w:themeColor="text1"/>
              </w:rPr>
            </w:pPr>
          </w:p>
        </w:tc>
        <w:tc>
          <w:tcPr>
            <w:tcW w:w="1335" w:type="dxa"/>
            <w:tcBorders>
              <w:top w:val="single" w:sz="36" w:space="0" w:color="808080" w:themeColor="background1" w:themeShade="8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5C65F16" w14:textId="4A86BDFB" w:rsidR="3CD4307A" w:rsidRDefault="3CD4307A" w:rsidP="3CD4307A">
            <w:pPr>
              <w:spacing w:after="0"/>
              <w:jc w:val="center"/>
              <w:rPr>
                <w:rFonts w:ascii="Arial Nova" w:eastAsia="Arial Nova" w:hAnsi="Arial Nova" w:cs="Arial Nova"/>
                <w:color w:val="000000" w:themeColor="text1"/>
              </w:rPr>
            </w:pPr>
            <w:r w:rsidRPr="3CD4307A">
              <w:rPr>
                <w:rFonts w:ascii="Arial Nova" w:eastAsia="Arial Nova" w:hAnsi="Arial Nova" w:cs="Arial Nova"/>
                <w:b/>
                <w:bCs/>
                <w:color w:val="000000" w:themeColor="text1"/>
                <w:lang w:val="en-GB"/>
              </w:rPr>
              <w:t>Class 1</w:t>
            </w:r>
          </w:p>
          <w:p w14:paraId="2C14D718" w14:textId="232CEF83" w:rsidR="3CD4307A" w:rsidRDefault="3CD4307A" w:rsidP="3CD4307A">
            <w:pPr>
              <w:spacing w:after="0"/>
              <w:jc w:val="center"/>
              <w:rPr>
                <w:rFonts w:ascii="Arial Nova" w:eastAsia="Arial Nova" w:hAnsi="Arial Nova" w:cs="Arial Nova"/>
                <w:color w:val="000000" w:themeColor="text1"/>
              </w:rPr>
            </w:pPr>
            <w:r w:rsidRPr="3CD4307A">
              <w:rPr>
                <w:rFonts w:ascii="Arial Nova" w:eastAsia="Arial Nova" w:hAnsi="Arial Nova" w:cs="Arial Nova"/>
                <w:b/>
                <w:bCs/>
                <w:color w:val="000000" w:themeColor="text1"/>
                <w:lang w:val="en-GB"/>
              </w:rPr>
              <w:t>Fillers to the sides</w:t>
            </w:r>
          </w:p>
        </w:tc>
        <w:tc>
          <w:tcPr>
            <w:tcW w:w="1275" w:type="dxa"/>
            <w:tcBorders>
              <w:top w:val="single" w:sz="36" w:space="0" w:color="808080" w:themeColor="background1" w:themeShade="8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1EB9E4B" w14:textId="5E47C642" w:rsidR="3CD4307A" w:rsidRDefault="3CD4307A" w:rsidP="3CD4307A">
            <w:pPr>
              <w:spacing w:after="0"/>
              <w:jc w:val="center"/>
              <w:rPr>
                <w:rFonts w:ascii="Arial Nova" w:eastAsia="Arial Nova" w:hAnsi="Arial Nova" w:cs="Arial Nova"/>
                <w:color w:val="000000" w:themeColor="text1"/>
              </w:rPr>
            </w:pPr>
            <w:r w:rsidRPr="3CD4307A">
              <w:rPr>
                <w:rFonts w:ascii="Arial Nova" w:eastAsia="Arial Nova" w:hAnsi="Arial Nova" w:cs="Arial Nova"/>
                <w:b/>
                <w:bCs/>
                <w:color w:val="000000" w:themeColor="text1"/>
                <w:lang w:val="en-GB"/>
              </w:rPr>
              <w:t>Class 2</w:t>
            </w:r>
          </w:p>
          <w:p w14:paraId="02CCD0BC" w14:textId="01923C76" w:rsidR="3CD4307A" w:rsidRDefault="3CD4307A" w:rsidP="3CD4307A">
            <w:pPr>
              <w:spacing w:after="0"/>
              <w:jc w:val="center"/>
              <w:rPr>
                <w:rFonts w:ascii="Arial Nova" w:eastAsia="Arial Nova" w:hAnsi="Arial Nova" w:cs="Arial Nova"/>
                <w:color w:val="000000" w:themeColor="text1"/>
              </w:rPr>
            </w:pPr>
            <w:r w:rsidRPr="3CD4307A">
              <w:rPr>
                <w:rFonts w:ascii="Arial Nova" w:eastAsia="Arial Nova" w:hAnsi="Arial Nova" w:cs="Arial Nova"/>
                <w:b/>
                <w:bCs/>
                <w:color w:val="000000" w:themeColor="text1"/>
                <w:lang w:val="en-GB"/>
              </w:rPr>
              <w:t>Fillers to the sides</w:t>
            </w:r>
          </w:p>
        </w:tc>
        <w:tc>
          <w:tcPr>
            <w:tcW w:w="1260" w:type="dxa"/>
            <w:tcBorders>
              <w:top w:val="single" w:sz="36" w:space="0" w:color="808080" w:themeColor="background1" w:themeShade="8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E205A54" w14:textId="03894040" w:rsidR="3CD4307A" w:rsidRDefault="3CD4307A" w:rsidP="3CD4307A">
            <w:pPr>
              <w:spacing w:after="0"/>
              <w:jc w:val="center"/>
              <w:rPr>
                <w:rFonts w:ascii="Arial Nova" w:eastAsia="Arial Nova" w:hAnsi="Arial Nova" w:cs="Arial Nova"/>
                <w:color w:val="000000" w:themeColor="text1"/>
              </w:rPr>
            </w:pPr>
            <w:r w:rsidRPr="3CD4307A">
              <w:rPr>
                <w:rFonts w:ascii="Arial Nova" w:eastAsia="Arial Nova" w:hAnsi="Arial Nova" w:cs="Arial Nova"/>
                <w:b/>
                <w:bCs/>
                <w:color w:val="000000" w:themeColor="text1"/>
                <w:lang w:val="en-GB"/>
              </w:rPr>
              <w:t>Class 3</w:t>
            </w:r>
          </w:p>
          <w:p w14:paraId="33EEB41A" w14:textId="32603402" w:rsidR="3CD4307A" w:rsidRDefault="3CD4307A" w:rsidP="3CD4307A">
            <w:pPr>
              <w:spacing w:after="0"/>
              <w:jc w:val="center"/>
              <w:rPr>
                <w:rFonts w:ascii="Arial Nova" w:eastAsia="Arial Nova" w:hAnsi="Arial Nova" w:cs="Arial Nova"/>
                <w:color w:val="000000" w:themeColor="text1"/>
              </w:rPr>
            </w:pPr>
            <w:r w:rsidRPr="3CD4307A">
              <w:rPr>
                <w:rFonts w:ascii="Arial Nova" w:eastAsia="Arial Nova" w:hAnsi="Arial Nova" w:cs="Arial Nova"/>
                <w:b/>
                <w:bCs/>
                <w:color w:val="000000" w:themeColor="text1"/>
                <w:lang w:val="en-GB"/>
              </w:rPr>
              <w:t>Fillers to the sides</w:t>
            </w:r>
          </w:p>
          <w:p w14:paraId="13101190" w14:textId="68E58E18" w:rsidR="3CD4307A" w:rsidRDefault="3CD4307A" w:rsidP="3CD4307A">
            <w:pPr>
              <w:spacing w:after="0"/>
              <w:jc w:val="center"/>
              <w:rPr>
                <w:rFonts w:ascii="Arial Nova" w:eastAsia="Arial Nova" w:hAnsi="Arial Nova" w:cs="Arial Nova"/>
                <w:color w:val="000000" w:themeColor="text1"/>
              </w:rPr>
            </w:pPr>
          </w:p>
        </w:tc>
        <w:tc>
          <w:tcPr>
            <w:tcW w:w="1245" w:type="dxa"/>
            <w:tcBorders>
              <w:top w:val="single" w:sz="36" w:space="0" w:color="808080" w:themeColor="background1" w:themeShade="8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EE440B8" w14:textId="7B1EFA53" w:rsidR="3CD4307A" w:rsidRDefault="3CD4307A" w:rsidP="3CD4307A">
            <w:pPr>
              <w:spacing w:after="0"/>
              <w:jc w:val="center"/>
              <w:rPr>
                <w:rFonts w:ascii="Arial Nova" w:eastAsia="Arial Nova" w:hAnsi="Arial Nova" w:cs="Arial Nova"/>
                <w:color w:val="000000" w:themeColor="text1"/>
              </w:rPr>
            </w:pPr>
            <w:r w:rsidRPr="3CD4307A">
              <w:rPr>
                <w:rFonts w:ascii="Arial Nova" w:eastAsia="Arial Nova" w:hAnsi="Arial Nova" w:cs="Arial Nova"/>
                <w:b/>
                <w:bCs/>
                <w:color w:val="000000" w:themeColor="text1"/>
                <w:lang w:val="en-GB"/>
              </w:rPr>
              <w:t>Class 4</w:t>
            </w:r>
          </w:p>
          <w:p w14:paraId="363D987F" w14:textId="039109B6" w:rsidR="3CD4307A" w:rsidRDefault="3CD4307A" w:rsidP="3CD4307A">
            <w:pPr>
              <w:spacing w:after="0"/>
              <w:jc w:val="center"/>
              <w:rPr>
                <w:rFonts w:ascii="Arial Nova" w:eastAsia="Arial Nova" w:hAnsi="Arial Nova" w:cs="Arial Nova"/>
                <w:color w:val="000000" w:themeColor="text1"/>
              </w:rPr>
            </w:pPr>
          </w:p>
        </w:tc>
        <w:tc>
          <w:tcPr>
            <w:tcW w:w="1305" w:type="dxa"/>
            <w:tcBorders>
              <w:top w:val="single" w:sz="36" w:space="0" w:color="808080" w:themeColor="background1" w:themeShade="8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E9DB1D2" w14:textId="0715AD54" w:rsidR="3CD4307A" w:rsidRDefault="3CD4307A" w:rsidP="3CD4307A">
            <w:pPr>
              <w:spacing w:after="0"/>
              <w:jc w:val="center"/>
              <w:rPr>
                <w:rFonts w:ascii="Arial Nova" w:eastAsia="Arial Nova" w:hAnsi="Arial Nova" w:cs="Arial Nova"/>
                <w:color w:val="000000" w:themeColor="text1"/>
              </w:rPr>
            </w:pPr>
            <w:r w:rsidRPr="3CD4307A">
              <w:rPr>
                <w:rFonts w:ascii="Arial Nova" w:eastAsia="Arial Nova" w:hAnsi="Arial Nova" w:cs="Arial Nova"/>
                <w:b/>
                <w:bCs/>
                <w:color w:val="000000" w:themeColor="text1"/>
                <w:lang w:val="en-GB"/>
              </w:rPr>
              <w:t>Class 5</w:t>
            </w:r>
          </w:p>
          <w:p w14:paraId="10996129" w14:textId="14D04D2D" w:rsidR="3CD4307A" w:rsidRDefault="3CD4307A" w:rsidP="3CD4307A">
            <w:pPr>
              <w:spacing w:after="0"/>
              <w:jc w:val="center"/>
              <w:rPr>
                <w:rFonts w:ascii="Arial Nova" w:eastAsia="Arial Nova" w:hAnsi="Arial Nova" w:cs="Arial Nova"/>
                <w:color w:val="000000" w:themeColor="text1"/>
              </w:rPr>
            </w:pPr>
          </w:p>
        </w:tc>
        <w:tc>
          <w:tcPr>
            <w:tcW w:w="1410" w:type="dxa"/>
            <w:tcBorders>
              <w:top w:val="single" w:sz="36" w:space="0" w:color="808080" w:themeColor="background1" w:themeShade="8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EE98132" w14:textId="2711E53F" w:rsidR="3CD4307A" w:rsidRDefault="3CD4307A" w:rsidP="3CD4307A">
            <w:pPr>
              <w:spacing w:after="0"/>
              <w:jc w:val="center"/>
              <w:rPr>
                <w:rFonts w:ascii="Arial Nova" w:eastAsia="Arial Nova" w:hAnsi="Arial Nova" w:cs="Arial Nova"/>
                <w:color w:val="000000" w:themeColor="text1"/>
              </w:rPr>
            </w:pPr>
            <w:r w:rsidRPr="3CD4307A">
              <w:rPr>
                <w:rFonts w:ascii="Arial Nova" w:eastAsia="Arial Nova" w:hAnsi="Arial Nova" w:cs="Arial Nova"/>
                <w:b/>
                <w:bCs/>
                <w:color w:val="000000" w:themeColor="text1"/>
                <w:lang w:val="en-GB"/>
              </w:rPr>
              <w:t>Class 6</w:t>
            </w:r>
          </w:p>
          <w:p w14:paraId="49C26E5A" w14:textId="0F7BEB8A" w:rsidR="3CD4307A" w:rsidRDefault="3CD4307A" w:rsidP="3CD4307A">
            <w:pPr>
              <w:spacing w:after="0"/>
              <w:jc w:val="center"/>
              <w:rPr>
                <w:rFonts w:ascii="Arial Nova" w:eastAsia="Arial Nova" w:hAnsi="Arial Nova" w:cs="Arial Nova"/>
                <w:color w:val="000000" w:themeColor="text1"/>
              </w:rPr>
            </w:pPr>
          </w:p>
        </w:tc>
        <w:tc>
          <w:tcPr>
            <w:tcW w:w="1672" w:type="dxa"/>
            <w:tcBorders>
              <w:top w:val="single" w:sz="36" w:space="0" w:color="808080" w:themeColor="background1" w:themeShade="80"/>
              <w:left w:val="single" w:sz="6" w:space="0" w:color="auto"/>
              <w:bottom w:val="single" w:sz="6" w:space="0" w:color="auto"/>
              <w:right w:val="single" w:sz="36" w:space="0" w:color="808080" w:themeColor="background1" w:themeShade="80"/>
            </w:tcBorders>
            <w:tcMar>
              <w:left w:w="105" w:type="dxa"/>
              <w:right w:w="105" w:type="dxa"/>
            </w:tcMar>
          </w:tcPr>
          <w:p w14:paraId="1E7E55C6" w14:textId="63504777" w:rsidR="3CD4307A" w:rsidRDefault="3CD4307A" w:rsidP="3CD4307A">
            <w:pPr>
              <w:spacing w:after="0"/>
              <w:jc w:val="center"/>
              <w:rPr>
                <w:rFonts w:ascii="Arial Nova" w:eastAsia="Arial Nova" w:hAnsi="Arial Nova" w:cs="Arial Nova"/>
                <w:color w:val="000000" w:themeColor="text1"/>
              </w:rPr>
            </w:pPr>
            <w:r w:rsidRPr="3CD4307A">
              <w:rPr>
                <w:rFonts w:ascii="Arial Nova" w:eastAsia="Arial Nova" w:hAnsi="Arial Nova" w:cs="Arial Nova"/>
                <w:b/>
                <w:bCs/>
                <w:color w:val="000000" w:themeColor="text1"/>
                <w:lang w:val="en-GB"/>
              </w:rPr>
              <w:t>Class 7</w:t>
            </w:r>
          </w:p>
          <w:p w14:paraId="4EE730A4" w14:textId="2267A07F" w:rsidR="3CD4307A" w:rsidRDefault="3CD4307A" w:rsidP="3CD4307A">
            <w:pPr>
              <w:spacing w:after="0"/>
              <w:jc w:val="center"/>
              <w:rPr>
                <w:rFonts w:ascii="Arial Nova" w:eastAsia="Arial Nova" w:hAnsi="Arial Nova" w:cs="Arial Nova"/>
                <w:color w:val="000000" w:themeColor="text1"/>
              </w:rPr>
            </w:pPr>
          </w:p>
        </w:tc>
      </w:tr>
      <w:tr w:rsidR="3CD4307A" w14:paraId="43FEA749" w14:textId="77777777" w:rsidTr="45B5D40B">
        <w:trPr>
          <w:trHeight w:val="330"/>
        </w:trPr>
        <w:tc>
          <w:tcPr>
            <w:tcW w:w="1365" w:type="dxa"/>
            <w:tcBorders>
              <w:top w:val="single" w:sz="6" w:space="0" w:color="auto"/>
              <w:left w:val="single" w:sz="36" w:space="0" w:color="808080" w:themeColor="background1" w:themeShade="80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A07EF94" w14:textId="0FA5FB73" w:rsidR="3CD4307A" w:rsidRDefault="3CD4307A" w:rsidP="45B5D40B">
            <w:pPr>
              <w:spacing w:after="0"/>
              <w:rPr>
                <w:rFonts w:ascii="Arial Nova" w:eastAsia="Arial Nova" w:hAnsi="Arial Nova" w:cs="Arial Nova"/>
                <w:color w:val="000000" w:themeColor="text1"/>
              </w:rPr>
            </w:pPr>
            <w:r w:rsidRPr="45B5D40B">
              <w:rPr>
                <w:rFonts w:ascii="Arial Nova" w:eastAsia="Arial Nova" w:hAnsi="Arial Nova" w:cs="Arial Nova"/>
                <w:b/>
                <w:bCs/>
                <w:color w:val="000000" w:themeColor="text1"/>
                <w:lang w:val="en-GB"/>
              </w:rPr>
              <w:t>2</w:t>
            </w:r>
            <w:r w:rsidR="0D3CB99C" w:rsidRPr="45B5D40B">
              <w:rPr>
                <w:rFonts w:ascii="Arial Nova" w:eastAsia="Arial Nova" w:hAnsi="Arial Nova" w:cs="Arial Nova"/>
                <w:b/>
                <w:bCs/>
                <w:color w:val="000000" w:themeColor="text1"/>
                <w:lang w:val="en-GB"/>
              </w:rPr>
              <w:t>6</w:t>
            </w:r>
            <w:r w:rsidRPr="45B5D40B">
              <w:rPr>
                <w:rFonts w:ascii="Arial Nova" w:eastAsia="Arial Nova" w:hAnsi="Arial Nova" w:cs="Arial Nova"/>
                <w:b/>
                <w:bCs/>
                <w:color w:val="000000" w:themeColor="text1"/>
                <w:vertAlign w:val="superscript"/>
                <w:lang w:val="en-GB"/>
              </w:rPr>
              <w:t>th</w:t>
            </w:r>
            <w:r w:rsidRPr="45B5D40B">
              <w:rPr>
                <w:rFonts w:ascii="Arial Nova" w:eastAsia="Arial Nova" w:hAnsi="Arial Nova" w:cs="Arial Nova"/>
                <w:b/>
                <w:bCs/>
                <w:color w:val="000000" w:themeColor="text1"/>
                <w:lang w:val="en-GB"/>
              </w:rPr>
              <w:t xml:space="preserve"> Sept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8CEE842" w14:textId="1A401A6B" w:rsidR="3CD4307A" w:rsidRDefault="3CD4307A" w:rsidP="3CD4307A">
            <w:pPr>
              <w:spacing w:after="0"/>
              <w:jc w:val="center"/>
              <w:rPr>
                <w:rFonts w:ascii="Arial Nova" w:eastAsia="Arial Nova" w:hAnsi="Arial Nova" w:cs="Arial Nova"/>
                <w:color w:val="000000" w:themeColor="text1"/>
                <w:sz w:val="18"/>
                <w:szCs w:val="18"/>
              </w:rPr>
            </w:pPr>
            <w:r w:rsidRPr="3CD4307A">
              <w:rPr>
                <w:rFonts w:ascii="Arial Nova" w:eastAsia="Arial Nova" w:hAnsi="Arial Nova" w:cs="Arial Nova"/>
                <w:color w:val="000000" w:themeColor="text1"/>
                <w:sz w:val="18"/>
                <w:szCs w:val="18"/>
                <w:lang w:val="en-GB"/>
              </w:rPr>
              <w:t>Poles on the ground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21F47B7" w14:textId="56BE4AAB" w:rsidR="3CD4307A" w:rsidRDefault="3CD4307A" w:rsidP="3CD4307A">
            <w:pPr>
              <w:spacing w:after="0"/>
              <w:jc w:val="center"/>
              <w:rPr>
                <w:rFonts w:ascii="Arial Nova" w:eastAsia="Arial Nova" w:hAnsi="Arial Nova" w:cs="Arial Nova"/>
                <w:color w:val="000000" w:themeColor="text1"/>
                <w:sz w:val="18"/>
                <w:szCs w:val="18"/>
              </w:rPr>
            </w:pPr>
            <w:r w:rsidRPr="3CD4307A">
              <w:rPr>
                <w:rFonts w:ascii="Arial Nova" w:eastAsia="Arial Nova" w:hAnsi="Arial Nova" w:cs="Arial Nova"/>
                <w:color w:val="000000" w:themeColor="text1"/>
                <w:sz w:val="18"/>
                <w:szCs w:val="18"/>
                <w:lang w:val="en-GB"/>
              </w:rPr>
              <w:t>40cm</w:t>
            </w:r>
          </w:p>
          <w:p w14:paraId="110F0485" w14:textId="1D38A9DD" w:rsidR="3CD4307A" w:rsidRDefault="3CD4307A" w:rsidP="3CD4307A">
            <w:pPr>
              <w:spacing w:after="0"/>
              <w:jc w:val="center"/>
              <w:rPr>
                <w:rFonts w:ascii="Arial Nova" w:eastAsia="Arial Nova" w:hAnsi="Arial Nova" w:cs="Arial Nova"/>
                <w:color w:val="000000" w:themeColor="text1"/>
                <w:sz w:val="18"/>
                <w:szCs w:val="18"/>
              </w:rPr>
            </w:pPr>
            <w:r w:rsidRPr="3CD4307A">
              <w:rPr>
                <w:rFonts w:ascii="Arial Nova" w:eastAsia="Arial Nova" w:hAnsi="Arial Nova" w:cs="Arial Nova"/>
                <w:color w:val="000000" w:themeColor="text1"/>
                <w:sz w:val="18"/>
                <w:szCs w:val="18"/>
                <w:lang w:val="en-GB"/>
              </w:rPr>
              <w:t>X-Poles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C0CF261" w14:textId="7CE86414" w:rsidR="3CD4307A" w:rsidRDefault="3CD4307A" w:rsidP="3CD4307A">
            <w:pPr>
              <w:spacing w:after="0"/>
              <w:jc w:val="center"/>
              <w:rPr>
                <w:rFonts w:ascii="Arial Nova" w:eastAsia="Arial Nova" w:hAnsi="Arial Nova" w:cs="Arial Nova"/>
                <w:color w:val="000000" w:themeColor="text1"/>
                <w:sz w:val="18"/>
                <w:szCs w:val="18"/>
              </w:rPr>
            </w:pPr>
            <w:r w:rsidRPr="3CD4307A">
              <w:rPr>
                <w:rFonts w:ascii="Arial Nova" w:eastAsia="Arial Nova" w:hAnsi="Arial Nova" w:cs="Arial Nova"/>
                <w:color w:val="000000" w:themeColor="text1"/>
                <w:sz w:val="18"/>
                <w:szCs w:val="18"/>
                <w:lang w:val="en-GB"/>
              </w:rPr>
              <w:t>50cm</w:t>
            </w:r>
          </w:p>
        </w:tc>
        <w:tc>
          <w:tcPr>
            <w:tcW w:w="1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136E7E0" w14:textId="6BDD1D2D" w:rsidR="3CD4307A" w:rsidRDefault="3CD4307A" w:rsidP="3CD4307A">
            <w:pPr>
              <w:spacing w:after="0"/>
              <w:jc w:val="center"/>
              <w:rPr>
                <w:rFonts w:ascii="Arial Nova" w:eastAsia="Arial Nova" w:hAnsi="Arial Nova" w:cs="Arial Nova"/>
                <w:color w:val="000000" w:themeColor="text1"/>
                <w:sz w:val="18"/>
                <w:szCs w:val="18"/>
              </w:rPr>
            </w:pPr>
            <w:r w:rsidRPr="3CD4307A">
              <w:rPr>
                <w:rFonts w:ascii="Arial Nova" w:eastAsia="Arial Nova" w:hAnsi="Arial Nova" w:cs="Arial Nova"/>
                <w:color w:val="000000" w:themeColor="text1"/>
                <w:sz w:val="18"/>
                <w:szCs w:val="18"/>
                <w:lang w:val="en-GB"/>
              </w:rPr>
              <w:t>60cm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4B0D7E7" w14:textId="07EE0A4B" w:rsidR="3CD4307A" w:rsidRDefault="3CD4307A" w:rsidP="3CD4307A">
            <w:pPr>
              <w:spacing w:after="0"/>
              <w:jc w:val="center"/>
              <w:rPr>
                <w:rFonts w:ascii="Arial Nova" w:eastAsia="Arial Nova" w:hAnsi="Arial Nova" w:cs="Arial Nova"/>
                <w:color w:val="000000" w:themeColor="text1"/>
                <w:sz w:val="18"/>
                <w:szCs w:val="18"/>
              </w:rPr>
            </w:pPr>
            <w:r w:rsidRPr="3CD4307A">
              <w:rPr>
                <w:rFonts w:ascii="Arial Nova" w:eastAsia="Arial Nova" w:hAnsi="Arial Nova" w:cs="Arial Nova"/>
                <w:color w:val="000000" w:themeColor="text1"/>
                <w:sz w:val="18"/>
                <w:szCs w:val="18"/>
                <w:lang w:val="en-GB"/>
              </w:rPr>
              <w:t>70cm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43061D8" w14:textId="4113F278" w:rsidR="3CD4307A" w:rsidRDefault="3CD4307A" w:rsidP="3CD4307A">
            <w:pPr>
              <w:spacing w:after="0"/>
              <w:jc w:val="center"/>
              <w:rPr>
                <w:rFonts w:ascii="Arial Nova" w:eastAsia="Arial Nova" w:hAnsi="Arial Nova" w:cs="Arial Nova"/>
                <w:color w:val="000000" w:themeColor="text1"/>
                <w:sz w:val="18"/>
                <w:szCs w:val="18"/>
              </w:rPr>
            </w:pPr>
            <w:r w:rsidRPr="3CD4307A">
              <w:rPr>
                <w:rFonts w:ascii="Arial Nova" w:eastAsia="Arial Nova" w:hAnsi="Arial Nova" w:cs="Arial Nova"/>
                <w:color w:val="000000" w:themeColor="text1"/>
                <w:sz w:val="18"/>
                <w:szCs w:val="18"/>
                <w:lang w:val="en-GB"/>
              </w:rPr>
              <w:t>80cm</w:t>
            </w:r>
          </w:p>
        </w:tc>
        <w:tc>
          <w:tcPr>
            <w:tcW w:w="1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36" w:space="0" w:color="808080" w:themeColor="background1" w:themeShade="80"/>
            </w:tcBorders>
            <w:tcMar>
              <w:left w:w="105" w:type="dxa"/>
              <w:right w:w="105" w:type="dxa"/>
            </w:tcMar>
          </w:tcPr>
          <w:p w14:paraId="43F4A3DD" w14:textId="306EC01F" w:rsidR="3CD4307A" w:rsidRDefault="3CD4307A" w:rsidP="3CD4307A">
            <w:pPr>
              <w:spacing w:after="0"/>
              <w:jc w:val="center"/>
              <w:rPr>
                <w:rFonts w:ascii="Arial Nova" w:eastAsia="Arial Nova" w:hAnsi="Arial Nova" w:cs="Arial Nova"/>
                <w:color w:val="000000" w:themeColor="text1"/>
                <w:sz w:val="18"/>
                <w:szCs w:val="18"/>
              </w:rPr>
            </w:pPr>
            <w:r w:rsidRPr="3CD4307A">
              <w:rPr>
                <w:rFonts w:ascii="Arial Nova" w:eastAsia="Arial Nova" w:hAnsi="Arial Nova" w:cs="Arial Nova"/>
                <w:color w:val="000000" w:themeColor="text1"/>
                <w:sz w:val="18"/>
                <w:szCs w:val="18"/>
                <w:lang w:val="en-GB"/>
              </w:rPr>
              <w:t>90cm</w:t>
            </w:r>
          </w:p>
        </w:tc>
      </w:tr>
      <w:tr w:rsidR="3CD4307A" w14:paraId="1FC8A730" w14:textId="77777777" w:rsidTr="45B5D40B">
        <w:trPr>
          <w:trHeight w:val="450"/>
        </w:trPr>
        <w:tc>
          <w:tcPr>
            <w:tcW w:w="1365" w:type="dxa"/>
            <w:tcBorders>
              <w:top w:val="single" w:sz="6" w:space="0" w:color="auto"/>
              <w:left w:val="single" w:sz="36" w:space="0" w:color="808080" w:themeColor="background1" w:themeShade="80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289FD56" w14:textId="16380880" w:rsidR="3CD4307A" w:rsidRDefault="3CD4307A" w:rsidP="3CD4307A">
            <w:pPr>
              <w:spacing w:after="0"/>
              <w:rPr>
                <w:rFonts w:ascii="Arial Nova" w:eastAsia="Arial Nova" w:hAnsi="Arial Nova" w:cs="Arial Nova"/>
                <w:color w:val="000000" w:themeColor="text1"/>
              </w:rPr>
            </w:pPr>
            <w:r w:rsidRPr="3CD4307A">
              <w:rPr>
                <w:rFonts w:ascii="Arial Nova" w:eastAsia="Arial Nova" w:hAnsi="Arial Nova" w:cs="Arial Nova"/>
                <w:b/>
                <w:bCs/>
                <w:color w:val="000000" w:themeColor="text1"/>
                <w:lang w:val="en-GB"/>
              </w:rPr>
              <w:t>25</w:t>
            </w:r>
            <w:r w:rsidRPr="3CD4307A">
              <w:rPr>
                <w:rFonts w:ascii="Arial Nova" w:eastAsia="Arial Nova" w:hAnsi="Arial Nova" w:cs="Arial Nova"/>
                <w:b/>
                <w:bCs/>
                <w:color w:val="000000" w:themeColor="text1"/>
                <w:vertAlign w:val="superscript"/>
                <w:lang w:val="en-GB"/>
              </w:rPr>
              <w:t>th</w:t>
            </w:r>
            <w:r w:rsidRPr="3CD4307A">
              <w:rPr>
                <w:rFonts w:ascii="Arial Nova" w:eastAsia="Arial Nova" w:hAnsi="Arial Nova" w:cs="Arial Nova"/>
                <w:b/>
                <w:bCs/>
                <w:color w:val="000000" w:themeColor="text1"/>
                <w:lang w:val="en-GB"/>
              </w:rPr>
              <w:t xml:space="preserve"> Oct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34E317B" w14:textId="0C07CA71" w:rsidR="3CD4307A" w:rsidRDefault="3CD4307A" w:rsidP="3CD4307A">
            <w:pPr>
              <w:spacing w:after="0"/>
              <w:jc w:val="center"/>
              <w:rPr>
                <w:rFonts w:ascii="Arial Nova" w:eastAsia="Arial Nova" w:hAnsi="Arial Nova" w:cs="Arial Nova"/>
                <w:color w:val="000000" w:themeColor="text1"/>
                <w:sz w:val="18"/>
                <w:szCs w:val="18"/>
              </w:rPr>
            </w:pPr>
            <w:r w:rsidRPr="3CD4307A">
              <w:rPr>
                <w:rFonts w:ascii="Arial Nova" w:eastAsia="Arial Nova" w:hAnsi="Arial Nova" w:cs="Arial Nova"/>
                <w:color w:val="000000" w:themeColor="text1"/>
                <w:sz w:val="18"/>
                <w:szCs w:val="18"/>
                <w:lang w:val="en-GB"/>
              </w:rPr>
              <w:t>Poles on the ground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E0F9C1B" w14:textId="131C2343" w:rsidR="3CD4307A" w:rsidRDefault="3CD4307A" w:rsidP="3CD4307A">
            <w:pPr>
              <w:spacing w:after="0"/>
              <w:jc w:val="center"/>
              <w:rPr>
                <w:rFonts w:ascii="Arial Nova" w:eastAsia="Arial Nova" w:hAnsi="Arial Nova" w:cs="Arial Nova"/>
                <w:color w:val="000000" w:themeColor="text1"/>
                <w:sz w:val="18"/>
                <w:szCs w:val="18"/>
              </w:rPr>
            </w:pPr>
            <w:r w:rsidRPr="3CD4307A">
              <w:rPr>
                <w:rFonts w:ascii="Arial Nova" w:eastAsia="Arial Nova" w:hAnsi="Arial Nova" w:cs="Arial Nova"/>
                <w:color w:val="000000" w:themeColor="text1"/>
                <w:sz w:val="18"/>
                <w:szCs w:val="18"/>
                <w:lang w:val="en-GB"/>
              </w:rPr>
              <w:t>40cm</w:t>
            </w:r>
          </w:p>
          <w:p w14:paraId="07166E61" w14:textId="526D6750" w:rsidR="3CD4307A" w:rsidRDefault="3CD4307A" w:rsidP="3CD4307A">
            <w:pPr>
              <w:spacing w:after="0"/>
              <w:jc w:val="center"/>
              <w:rPr>
                <w:rFonts w:ascii="Arial Nova" w:eastAsia="Arial Nova" w:hAnsi="Arial Nova" w:cs="Arial Nova"/>
                <w:color w:val="000000" w:themeColor="text1"/>
                <w:sz w:val="18"/>
                <w:szCs w:val="18"/>
              </w:rPr>
            </w:pPr>
            <w:r w:rsidRPr="3CD4307A">
              <w:rPr>
                <w:rFonts w:ascii="Arial Nova" w:eastAsia="Arial Nova" w:hAnsi="Arial Nova" w:cs="Arial Nova"/>
                <w:color w:val="000000" w:themeColor="text1"/>
                <w:sz w:val="18"/>
                <w:szCs w:val="18"/>
                <w:lang w:val="en-GB"/>
              </w:rPr>
              <w:t>X-Poles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6A404D7" w14:textId="417843B4" w:rsidR="3CD4307A" w:rsidRDefault="3CD4307A" w:rsidP="3CD4307A">
            <w:pPr>
              <w:spacing w:after="0"/>
              <w:jc w:val="center"/>
              <w:rPr>
                <w:rFonts w:ascii="Arial Nova" w:eastAsia="Arial Nova" w:hAnsi="Arial Nova" w:cs="Arial Nova"/>
                <w:color w:val="000000" w:themeColor="text1"/>
                <w:sz w:val="18"/>
                <w:szCs w:val="18"/>
              </w:rPr>
            </w:pPr>
            <w:r w:rsidRPr="3CD4307A">
              <w:rPr>
                <w:rFonts w:ascii="Arial Nova" w:eastAsia="Arial Nova" w:hAnsi="Arial Nova" w:cs="Arial Nova"/>
                <w:color w:val="000000" w:themeColor="text1"/>
                <w:sz w:val="18"/>
                <w:szCs w:val="18"/>
                <w:lang w:val="en-GB"/>
              </w:rPr>
              <w:t>50cm</w:t>
            </w:r>
          </w:p>
        </w:tc>
        <w:tc>
          <w:tcPr>
            <w:tcW w:w="1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2036705" w14:textId="5B8F37C1" w:rsidR="3CD4307A" w:rsidRDefault="3CD4307A" w:rsidP="3CD4307A">
            <w:pPr>
              <w:spacing w:after="0"/>
              <w:jc w:val="center"/>
              <w:rPr>
                <w:rFonts w:ascii="Arial Nova" w:eastAsia="Arial Nova" w:hAnsi="Arial Nova" w:cs="Arial Nova"/>
                <w:color w:val="000000" w:themeColor="text1"/>
                <w:sz w:val="18"/>
                <w:szCs w:val="18"/>
              </w:rPr>
            </w:pPr>
            <w:r w:rsidRPr="3CD4307A">
              <w:rPr>
                <w:rFonts w:ascii="Arial Nova" w:eastAsia="Arial Nova" w:hAnsi="Arial Nova" w:cs="Arial Nova"/>
                <w:color w:val="000000" w:themeColor="text1"/>
                <w:sz w:val="18"/>
                <w:szCs w:val="18"/>
                <w:lang w:val="en-GB"/>
              </w:rPr>
              <w:t>60cm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813C17B" w14:textId="29272614" w:rsidR="3CD4307A" w:rsidRDefault="3CD4307A" w:rsidP="3CD4307A">
            <w:pPr>
              <w:spacing w:after="0"/>
              <w:jc w:val="center"/>
              <w:rPr>
                <w:rFonts w:ascii="Arial Nova" w:eastAsia="Arial Nova" w:hAnsi="Arial Nova" w:cs="Arial Nova"/>
                <w:color w:val="000000" w:themeColor="text1"/>
                <w:sz w:val="18"/>
                <w:szCs w:val="18"/>
              </w:rPr>
            </w:pPr>
            <w:r w:rsidRPr="3CD4307A">
              <w:rPr>
                <w:rFonts w:ascii="Arial Nova" w:eastAsia="Arial Nova" w:hAnsi="Arial Nova" w:cs="Arial Nova"/>
                <w:color w:val="000000" w:themeColor="text1"/>
                <w:sz w:val="18"/>
                <w:szCs w:val="18"/>
                <w:lang w:val="en-GB"/>
              </w:rPr>
              <w:t>70cm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2BC6888" w14:textId="180261C4" w:rsidR="3CD4307A" w:rsidRDefault="3CD4307A" w:rsidP="3CD4307A">
            <w:pPr>
              <w:spacing w:after="0"/>
              <w:jc w:val="center"/>
              <w:rPr>
                <w:rFonts w:ascii="Arial Nova" w:eastAsia="Arial Nova" w:hAnsi="Arial Nova" w:cs="Arial Nova"/>
                <w:color w:val="000000" w:themeColor="text1"/>
                <w:sz w:val="18"/>
                <w:szCs w:val="18"/>
              </w:rPr>
            </w:pPr>
            <w:r w:rsidRPr="3CD4307A">
              <w:rPr>
                <w:rFonts w:ascii="Arial Nova" w:eastAsia="Arial Nova" w:hAnsi="Arial Nova" w:cs="Arial Nova"/>
                <w:color w:val="000000" w:themeColor="text1"/>
                <w:sz w:val="18"/>
                <w:szCs w:val="18"/>
                <w:lang w:val="en-GB"/>
              </w:rPr>
              <w:t>80cm</w:t>
            </w:r>
          </w:p>
        </w:tc>
        <w:tc>
          <w:tcPr>
            <w:tcW w:w="1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36" w:space="0" w:color="808080" w:themeColor="background1" w:themeShade="80"/>
            </w:tcBorders>
            <w:tcMar>
              <w:left w:w="105" w:type="dxa"/>
              <w:right w:w="105" w:type="dxa"/>
            </w:tcMar>
          </w:tcPr>
          <w:p w14:paraId="3344BD7F" w14:textId="043D6106" w:rsidR="3CD4307A" w:rsidRDefault="3CD4307A" w:rsidP="3CD4307A">
            <w:pPr>
              <w:spacing w:after="0"/>
              <w:jc w:val="center"/>
              <w:rPr>
                <w:rFonts w:ascii="Arial Nova" w:eastAsia="Arial Nova" w:hAnsi="Arial Nova" w:cs="Arial Nova"/>
                <w:color w:val="000000" w:themeColor="text1"/>
                <w:sz w:val="18"/>
                <w:szCs w:val="18"/>
              </w:rPr>
            </w:pPr>
            <w:r w:rsidRPr="3CD4307A">
              <w:rPr>
                <w:rFonts w:ascii="Arial Nova" w:eastAsia="Arial Nova" w:hAnsi="Arial Nova" w:cs="Arial Nova"/>
                <w:color w:val="000000" w:themeColor="text1"/>
                <w:sz w:val="18"/>
                <w:szCs w:val="18"/>
                <w:lang w:val="en-GB"/>
              </w:rPr>
              <w:t>90cm</w:t>
            </w:r>
          </w:p>
        </w:tc>
      </w:tr>
      <w:tr w:rsidR="3CD4307A" w14:paraId="782D1547" w14:textId="77777777" w:rsidTr="45B5D40B">
        <w:trPr>
          <w:trHeight w:val="675"/>
        </w:trPr>
        <w:tc>
          <w:tcPr>
            <w:tcW w:w="1365" w:type="dxa"/>
            <w:tcBorders>
              <w:top w:val="single" w:sz="6" w:space="0" w:color="auto"/>
              <w:left w:val="single" w:sz="36" w:space="0" w:color="808080" w:themeColor="background1" w:themeShade="80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32DC461" w14:textId="121FDBC4" w:rsidR="46C8A72C" w:rsidRDefault="2A3566A7" w:rsidP="3CD4307A">
            <w:pPr>
              <w:spacing w:after="0"/>
            </w:pPr>
            <w:r w:rsidRPr="362BB6AC">
              <w:rPr>
                <w:rFonts w:ascii="Arial Nova" w:eastAsia="Arial Nova" w:hAnsi="Arial Nova" w:cs="Arial Nova"/>
                <w:b/>
                <w:bCs/>
                <w:color w:val="000000" w:themeColor="text1"/>
                <w:lang w:val="en-GB"/>
              </w:rPr>
              <w:t>28</w:t>
            </w:r>
            <w:r w:rsidRPr="362BB6AC">
              <w:rPr>
                <w:rFonts w:ascii="Arial Nova" w:eastAsia="Arial Nova" w:hAnsi="Arial Nova" w:cs="Arial Nova"/>
                <w:b/>
                <w:bCs/>
                <w:color w:val="000000" w:themeColor="text1"/>
                <w:vertAlign w:val="superscript"/>
                <w:lang w:val="en-GB"/>
              </w:rPr>
              <w:t>th</w:t>
            </w:r>
            <w:r w:rsidRPr="362BB6AC">
              <w:rPr>
                <w:rFonts w:ascii="Arial Nova" w:eastAsia="Arial Nova" w:hAnsi="Arial Nova" w:cs="Arial Nova"/>
                <w:b/>
                <w:bCs/>
                <w:color w:val="000000" w:themeColor="text1"/>
                <w:lang w:val="en-GB"/>
              </w:rPr>
              <w:t xml:space="preserve"> </w:t>
            </w:r>
            <w:r w:rsidR="46C8A72C" w:rsidRPr="362BB6AC">
              <w:rPr>
                <w:rFonts w:ascii="Arial Nova" w:eastAsia="Arial Nova" w:hAnsi="Arial Nova" w:cs="Arial Nova"/>
                <w:b/>
                <w:bCs/>
                <w:color w:val="000000" w:themeColor="text1"/>
                <w:lang w:val="en-GB"/>
              </w:rPr>
              <w:t>Nov</w:t>
            </w:r>
          </w:p>
          <w:p w14:paraId="41C17A93" w14:textId="027F0400" w:rsidR="3CD4307A" w:rsidRDefault="3CD4307A" w:rsidP="3CD4307A">
            <w:pPr>
              <w:rPr>
                <w:rFonts w:ascii="Arial Nova" w:eastAsia="Arial Nova" w:hAnsi="Arial Nova" w:cs="Arial Nova"/>
                <w:color w:val="000000" w:themeColor="text1"/>
              </w:rPr>
            </w:pP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6A73024" w14:textId="2C016457" w:rsidR="3CD4307A" w:rsidRDefault="3CD4307A" w:rsidP="3CD4307A">
            <w:pPr>
              <w:spacing w:after="0"/>
              <w:jc w:val="center"/>
              <w:rPr>
                <w:rFonts w:ascii="Arial Nova" w:eastAsia="Arial Nova" w:hAnsi="Arial Nova" w:cs="Arial Nova"/>
                <w:color w:val="000000" w:themeColor="text1"/>
                <w:sz w:val="18"/>
                <w:szCs w:val="18"/>
              </w:rPr>
            </w:pPr>
            <w:r w:rsidRPr="3CD4307A">
              <w:rPr>
                <w:rFonts w:ascii="Arial Nova" w:eastAsia="Arial Nova" w:hAnsi="Arial Nova" w:cs="Arial Nova"/>
                <w:color w:val="000000" w:themeColor="text1"/>
                <w:sz w:val="18"/>
                <w:szCs w:val="18"/>
                <w:lang w:val="en-GB"/>
              </w:rPr>
              <w:t>Poles on the ground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DC2C095" w14:textId="6379C6D1" w:rsidR="3CD4307A" w:rsidRDefault="3CD4307A" w:rsidP="3CD4307A">
            <w:pPr>
              <w:spacing w:after="0"/>
              <w:jc w:val="center"/>
              <w:rPr>
                <w:rFonts w:ascii="Arial Nova" w:eastAsia="Arial Nova" w:hAnsi="Arial Nova" w:cs="Arial Nova"/>
                <w:color w:val="000000" w:themeColor="text1"/>
                <w:sz w:val="18"/>
                <w:szCs w:val="18"/>
              </w:rPr>
            </w:pPr>
            <w:r w:rsidRPr="3CD4307A">
              <w:rPr>
                <w:rFonts w:ascii="Arial Nova" w:eastAsia="Arial Nova" w:hAnsi="Arial Nova" w:cs="Arial Nova"/>
                <w:color w:val="000000" w:themeColor="text1"/>
                <w:sz w:val="18"/>
                <w:szCs w:val="18"/>
                <w:lang w:val="en-GB"/>
              </w:rPr>
              <w:t>40cm</w:t>
            </w:r>
          </w:p>
          <w:p w14:paraId="7039C420" w14:textId="44085004" w:rsidR="3CD4307A" w:rsidRDefault="3CD4307A" w:rsidP="3CD4307A">
            <w:pPr>
              <w:spacing w:after="0"/>
              <w:jc w:val="center"/>
              <w:rPr>
                <w:rFonts w:ascii="Arial Nova" w:eastAsia="Arial Nova" w:hAnsi="Arial Nova" w:cs="Arial Nova"/>
                <w:color w:val="000000" w:themeColor="text1"/>
                <w:sz w:val="18"/>
                <w:szCs w:val="18"/>
              </w:rPr>
            </w:pPr>
            <w:r w:rsidRPr="3CD4307A">
              <w:rPr>
                <w:rFonts w:ascii="Arial Nova" w:eastAsia="Arial Nova" w:hAnsi="Arial Nova" w:cs="Arial Nova"/>
                <w:color w:val="000000" w:themeColor="text1"/>
                <w:sz w:val="18"/>
                <w:szCs w:val="18"/>
                <w:lang w:val="en-GB"/>
              </w:rPr>
              <w:t>X-Poles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DC48A31" w14:textId="17EEA439" w:rsidR="3CD4307A" w:rsidRDefault="3CD4307A" w:rsidP="3CD4307A">
            <w:pPr>
              <w:spacing w:after="0"/>
              <w:jc w:val="center"/>
              <w:rPr>
                <w:rFonts w:ascii="Arial Nova" w:eastAsia="Arial Nova" w:hAnsi="Arial Nova" w:cs="Arial Nova"/>
                <w:color w:val="000000" w:themeColor="text1"/>
                <w:sz w:val="18"/>
                <w:szCs w:val="18"/>
              </w:rPr>
            </w:pPr>
            <w:r w:rsidRPr="3CD4307A">
              <w:rPr>
                <w:rFonts w:ascii="Arial Nova" w:eastAsia="Arial Nova" w:hAnsi="Arial Nova" w:cs="Arial Nova"/>
                <w:color w:val="000000" w:themeColor="text1"/>
                <w:sz w:val="18"/>
                <w:szCs w:val="18"/>
                <w:lang w:val="en-GB"/>
              </w:rPr>
              <w:t>50cm</w:t>
            </w:r>
          </w:p>
        </w:tc>
        <w:tc>
          <w:tcPr>
            <w:tcW w:w="1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B3F3759" w14:textId="10EB5486" w:rsidR="3CD4307A" w:rsidRDefault="3CD4307A" w:rsidP="3CD4307A">
            <w:pPr>
              <w:spacing w:after="0"/>
              <w:jc w:val="center"/>
              <w:rPr>
                <w:rFonts w:ascii="Arial Nova" w:eastAsia="Arial Nova" w:hAnsi="Arial Nova" w:cs="Arial Nova"/>
                <w:color w:val="000000" w:themeColor="text1"/>
                <w:sz w:val="18"/>
                <w:szCs w:val="18"/>
              </w:rPr>
            </w:pPr>
            <w:r w:rsidRPr="3CD4307A">
              <w:rPr>
                <w:rFonts w:ascii="Arial Nova" w:eastAsia="Arial Nova" w:hAnsi="Arial Nova" w:cs="Arial Nova"/>
                <w:color w:val="000000" w:themeColor="text1"/>
                <w:sz w:val="18"/>
                <w:szCs w:val="18"/>
                <w:lang w:val="en-GB"/>
              </w:rPr>
              <w:t>60cm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30D0263" w14:textId="3B04032E" w:rsidR="3CD4307A" w:rsidRDefault="3CD4307A" w:rsidP="3CD4307A">
            <w:pPr>
              <w:spacing w:after="0"/>
              <w:jc w:val="center"/>
              <w:rPr>
                <w:rFonts w:ascii="Arial Nova" w:eastAsia="Arial Nova" w:hAnsi="Arial Nova" w:cs="Arial Nova"/>
                <w:color w:val="000000" w:themeColor="text1"/>
                <w:sz w:val="18"/>
                <w:szCs w:val="18"/>
              </w:rPr>
            </w:pPr>
            <w:r w:rsidRPr="3CD4307A">
              <w:rPr>
                <w:rFonts w:ascii="Arial Nova" w:eastAsia="Arial Nova" w:hAnsi="Arial Nova" w:cs="Arial Nova"/>
                <w:color w:val="000000" w:themeColor="text1"/>
                <w:sz w:val="18"/>
                <w:szCs w:val="18"/>
                <w:lang w:val="en-GB"/>
              </w:rPr>
              <w:t>70cm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DDFCDD4" w14:textId="03E49D30" w:rsidR="3CD4307A" w:rsidRDefault="3CD4307A" w:rsidP="3CD4307A">
            <w:pPr>
              <w:spacing w:after="0"/>
              <w:jc w:val="center"/>
              <w:rPr>
                <w:rFonts w:ascii="Arial Nova" w:eastAsia="Arial Nova" w:hAnsi="Arial Nova" w:cs="Arial Nova"/>
                <w:color w:val="000000" w:themeColor="text1"/>
                <w:sz w:val="18"/>
                <w:szCs w:val="18"/>
              </w:rPr>
            </w:pPr>
            <w:r w:rsidRPr="3CD4307A">
              <w:rPr>
                <w:rFonts w:ascii="Arial Nova" w:eastAsia="Arial Nova" w:hAnsi="Arial Nova" w:cs="Arial Nova"/>
                <w:color w:val="000000" w:themeColor="text1"/>
                <w:sz w:val="18"/>
                <w:szCs w:val="18"/>
                <w:lang w:val="en-GB"/>
              </w:rPr>
              <w:t>80cm</w:t>
            </w:r>
          </w:p>
        </w:tc>
        <w:tc>
          <w:tcPr>
            <w:tcW w:w="1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36" w:space="0" w:color="808080" w:themeColor="background1" w:themeShade="80"/>
            </w:tcBorders>
            <w:tcMar>
              <w:left w:w="105" w:type="dxa"/>
              <w:right w:w="105" w:type="dxa"/>
            </w:tcMar>
          </w:tcPr>
          <w:p w14:paraId="5233BA20" w14:textId="0CC76DE4" w:rsidR="3CD4307A" w:rsidRDefault="3CD4307A" w:rsidP="3CD4307A">
            <w:pPr>
              <w:spacing w:after="0"/>
              <w:jc w:val="center"/>
              <w:rPr>
                <w:rFonts w:ascii="Arial Nova" w:eastAsia="Arial Nova" w:hAnsi="Arial Nova" w:cs="Arial Nova"/>
                <w:color w:val="000000" w:themeColor="text1"/>
                <w:sz w:val="18"/>
                <w:szCs w:val="18"/>
              </w:rPr>
            </w:pPr>
            <w:r w:rsidRPr="3CD4307A">
              <w:rPr>
                <w:rFonts w:ascii="Arial Nova" w:eastAsia="Arial Nova" w:hAnsi="Arial Nova" w:cs="Arial Nova"/>
                <w:color w:val="000000" w:themeColor="text1"/>
                <w:sz w:val="18"/>
                <w:szCs w:val="18"/>
                <w:lang w:val="en-GB"/>
              </w:rPr>
              <w:t>90cm</w:t>
            </w:r>
          </w:p>
        </w:tc>
      </w:tr>
      <w:tr w:rsidR="3CD4307A" w14:paraId="21BEAC8B" w14:textId="77777777" w:rsidTr="45B5D40B">
        <w:trPr>
          <w:trHeight w:val="330"/>
        </w:trPr>
        <w:tc>
          <w:tcPr>
            <w:tcW w:w="1365" w:type="dxa"/>
            <w:tcBorders>
              <w:top w:val="single" w:sz="6" w:space="0" w:color="auto"/>
              <w:left w:val="single" w:sz="36" w:space="0" w:color="808080" w:themeColor="background1" w:themeShade="80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9DF7172" w14:textId="3D983709" w:rsidR="3CD4307A" w:rsidRDefault="3CD4307A" w:rsidP="3CD4307A">
            <w:pPr>
              <w:spacing w:after="0"/>
              <w:rPr>
                <w:rFonts w:ascii="Arial Nova" w:eastAsia="Arial Nova" w:hAnsi="Arial Nova" w:cs="Arial Nova"/>
                <w:color w:val="000000" w:themeColor="text1"/>
              </w:rPr>
            </w:pPr>
            <w:r w:rsidRPr="3CD4307A">
              <w:rPr>
                <w:rFonts w:ascii="Arial Nova" w:eastAsia="Arial Nova" w:hAnsi="Arial Nova" w:cs="Arial Nova"/>
                <w:b/>
                <w:bCs/>
                <w:color w:val="000000" w:themeColor="text1"/>
                <w:lang w:val="en-GB"/>
              </w:rPr>
              <w:t>1</w:t>
            </w:r>
            <w:r w:rsidR="13DCC06A" w:rsidRPr="3CD4307A">
              <w:rPr>
                <w:rFonts w:ascii="Arial Nova" w:eastAsia="Arial Nova" w:hAnsi="Arial Nova" w:cs="Arial Nova"/>
                <w:b/>
                <w:bCs/>
                <w:color w:val="000000" w:themeColor="text1"/>
                <w:lang w:val="en-GB"/>
              </w:rPr>
              <w:t>2</w:t>
            </w:r>
            <w:r w:rsidRPr="3CD4307A">
              <w:rPr>
                <w:rFonts w:ascii="Arial Nova" w:eastAsia="Arial Nova" w:hAnsi="Arial Nova" w:cs="Arial Nova"/>
                <w:b/>
                <w:bCs/>
                <w:color w:val="000000" w:themeColor="text1"/>
                <w:vertAlign w:val="superscript"/>
                <w:lang w:val="en-GB"/>
              </w:rPr>
              <w:t>th</w:t>
            </w:r>
            <w:r w:rsidRPr="3CD4307A">
              <w:rPr>
                <w:rFonts w:ascii="Arial Nova" w:eastAsia="Arial Nova" w:hAnsi="Arial Nova" w:cs="Arial Nova"/>
                <w:b/>
                <w:bCs/>
                <w:color w:val="000000" w:themeColor="text1"/>
                <w:lang w:val="en-GB"/>
              </w:rPr>
              <w:t xml:space="preserve"> Dec</w:t>
            </w:r>
          </w:p>
          <w:p w14:paraId="6BEAB229" w14:textId="41330F4E" w:rsidR="3CD4307A" w:rsidRDefault="3CD4307A" w:rsidP="3CD4307A">
            <w:pPr>
              <w:spacing w:after="0"/>
              <w:rPr>
                <w:rFonts w:ascii="Arial Nova" w:eastAsia="Arial Nova" w:hAnsi="Arial Nova" w:cs="Arial Nova"/>
                <w:color w:val="000000" w:themeColor="text1"/>
              </w:rPr>
            </w:pPr>
          </w:p>
        </w:tc>
        <w:tc>
          <w:tcPr>
            <w:tcW w:w="950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36" w:space="0" w:color="808080" w:themeColor="background1" w:themeShade="80"/>
            </w:tcBorders>
            <w:tcMar>
              <w:left w:w="105" w:type="dxa"/>
              <w:right w:w="105" w:type="dxa"/>
            </w:tcMar>
          </w:tcPr>
          <w:p w14:paraId="21839DD0" w14:textId="4D3CE7A4" w:rsidR="3CD4307A" w:rsidRDefault="3CD4307A" w:rsidP="3CD4307A">
            <w:pPr>
              <w:spacing w:after="0"/>
              <w:jc w:val="center"/>
              <w:rPr>
                <w:rFonts w:ascii="Arial Nova" w:eastAsia="Arial Nova" w:hAnsi="Arial Nova" w:cs="Arial Nova"/>
                <w:color w:val="1F497D" w:themeColor="text2"/>
                <w:sz w:val="18"/>
                <w:szCs w:val="18"/>
              </w:rPr>
            </w:pPr>
            <w:r w:rsidRPr="3CD4307A">
              <w:rPr>
                <w:rFonts w:ascii="Arial Nova" w:eastAsia="Arial Nova" w:hAnsi="Arial Nova" w:cs="Arial Nova"/>
                <w:b/>
                <w:bCs/>
                <w:color w:val="1F497D" w:themeColor="text2"/>
                <w:lang w:val="en-GB"/>
              </w:rPr>
              <w:t>XMAS SHOW</w:t>
            </w:r>
            <w:r w:rsidRPr="3CD4307A">
              <w:rPr>
                <w:rFonts w:ascii="Arial Nova" w:eastAsia="Arial Nova" w:hAnsi="Arial Nova" w:cs="Arial Nova"/>
                <w:color w:val="1F497D" w:themeColor="text2"/>
                <w:sz w:val="18"/>
                <w:szCs w:val="18"/>
                <w:lang w:val="en-GB"/>
              </w:rPr>
              <w:t xml:space="preserve"> </w:t>
            </w:r>
          </w:p>
          <w:p w14:paraId="42AB6E3B" w14:textId="23123F5B" w:rsidR="3CD4307A" w:rsidRDefault="3CD4307A" w:rsidP="3CD4307A">
            <w:pPr>
              <w:spacing w:after="0"/>
              <w:jc w:val="center"/>
              <w:rPr>
                <w:rFonts w:ascii="Arial Nova" w:eastAsia="Arial Nova" w:hAnsi="Arial Nova" w:cs="Arial Nova"/>
                <w:color w:val="1F497D" w:themeColor="text2"/>
                <w:sz w:val="18"/>
                <w:szCs w:val="18"/>
              </w:rPr>
            </w:pPr>
            <w:r w:rsidRPr="3CD4307A">
              <w:rPr>
                <w:rFonts w:ascii="Arial Nova" w:eastAsia="Arial Nova" w:hAnsi="Arial Nova" w:cs="Arial Nova"/>
                <w:color w:val="1F497D" w:themeColor="text2"/>
                <w:sz w:val="18"/>
                <w:szCs w:val="18"/>
                <w:lang w:val="en-GB"/>
              </w:rPr>
              <w:t>Separate Schedule, fancy dress encouraged</w:t>
            </w:r>
          </w:p>
          <w:p w14:paraId="141723C9" w14:textId="1EF851B4" w:rsidR="3CD4307A" w:rsidRDefault="3CD4307A" w:rsidP="3CD4307A">
            <w:pPr>
              <w:spacing w:after="0"/>
              <w:jc w:val="center"/>
              <w:rPr>
                <w:rFonts w:ascii="Arial Nova" w:eastAsia="Arial Nova" w:hAnsi="Arial Nova" w:cs="Arial Nova"/>
                <w:color w:val="1F497D" w:themeColor="text2"/>
                <w:sz w:val="18"/>
                <w:szCs w:val="18"/>
              </w:rPr>
            </w:pPr>
          </w:p>
        </w:tc>
      </w:tr>
      <w:tr w:rsidR="3CD4307A" w14:paraId="17226D1D" w14:textId="77777777" w:rsidTr="45B5D40B">
        <w:trPr>
          <w:trHeight w:val="660"/>
        </w:trPr>
        <w:tc>
          <w:tcPr>
            <w:tcW w:w="1365" w:type="dxa"/>
            <w:tcBorders>
              <w:top w:val="single" w:sz="6" w:space="0" w:color="auto"/>
              <w:left w:val="single" w:sz="36" w:space="0" w:color="808080" w:themeColor="background1" w:themeShade="80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2A1C7C8" w14:textId="29C5A60E" w:rsidR="3CD4307A" w:rsidRDefault="3CD4307A" w:rsidP="3CD4307A">
            <w:pPr>
              <w:spacing w:after="0"/>
              <w:rPr>
                <w:rFonts w:ascii="Arial Nova" w:eastAsia="Arial Nova" w:hAnsi="Arial Nova" w:cs="Arial Nova"/>
                <w:color w:val="000000" w:themeColor="text1"/>
              </w:rPr>
            </w:pPr>
            <w:r w:rsidRPr="3CD4307A">
              <w:rPr>
                <w:rFonts w:ascii="Arial Nova" w:eastAsia="Arial Nova" w:hAnsi="Arial Nova" w:cs="Arial Nova"/>
                <w:b/>
                <w:bCs/>
                <w:color w:val="000000" w:themeColor="text1"/>
                <w:lang w:val="en-GB"/>
              </w:rPr>
              <w:t>1</w:t>
            </w:r>
            <w:r w:rsidR="5301B0D7" w:rsidRPr="3CD4307A">
              <w:rPr>
                <w:rFonts w:ascii="Arial Nova" w:eastAsia="Arial Nova" w:hAnsi="Arial Nova" w:cs="Arial Nova"/>
                <w:b/>
                <w:bCs/>
                <w:color w:val="000000" w:themeColor="text1"/>
                <w:lang w:val="en-GB"/>
              </w:rPr>
              <w:t>3</w:t>
            </w:r>
            <w:r w:rsidRPr="3CD4307A">
              <w:rPr>
                <w:rFonts w:ascii="Arial Nova" w:eastAsia="Arial Nova" w:hAnsi="Arial Nova" w:cs="Arial Nova"/>
                <w:b/>
                <w:bCs/>
                <w:color w:val="000000" w:themeColor="text1"/>
                <w:vertAlign w:val="superscript"/>
                <w:lang w:val="en-GB"/>
              </w:rPr>
              <w:t>th</w:t>
            </w:r>
            <w:r w:rsidRPr="3CD4307A">
              <w:rPr>
                <w:rFonts w:ascii="Arial Nova" w:eastAsia="Arial Nova" w:hAnsi="Arial Nova" w:cs="Arial Nova"/>
                <w:b/>
                <w:bCs/>
                <w:color w:val="000000" w:themeColor="text1"/>
                <w:lang w:val="en-GB"/>
              </w:rPr>
              <w:t xml:space="preserve"> Feb</w:t>
            </w:r>
          </w:p>
        </w:tc>
        <w:tc>
          <w:tcPr>
            <w:tcW w:w="950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36" w:space="0" w:color="808080" w:themeColor="background1" w:themeShade="80"/>
            </w:tcBorders>
            <w:tcMar>
              <w:left w:w="105" w:type="dxa"/>
              <w:right w:w="105" w:type="dxa"/>
            </w:tcMar>
          </w:tcPr>
          <w:p w14:paraId="3339C6A8" w14:textId="3A8F1004" w:rsidR="3CD4307A" w:rsidRDefault="3CD4307A" w:rsidP="3CD4307A">
            <w:pPr>
              <w:spacing w:after="0"/>
              <w:jc w:val="center"/>
              <w:rPr>
                <w:rFonts w:ascii="Arial Nova" w:eastAsia="Arial Nova" w:hAnsi="Arial Nova" w:cs="Arial Nova"/>
                <w:color w:val="1F497D" w:themeColor="text2"/>
              </w:rPr>
            </w:pPr>
            <w:r w:rsidRPr="3CD4307A">
              <w:rPr>
                <w:rFonts w:ascii="Arial Nova" w:eastAsia="Arial Nova" w:hAnsi="Arial Nova" w:cs="Arial Nova"/>
                <w:b/>
                <w:bCs/>
                <w:color w:val="1F497D" w:themeColor="text2"/>
                <w:lang w:val="en-GB"/>
              </w:rPr>
              <w:t>VALENTINES SHOW</w:t>
            </w:r>
          </w:p>
          <w:p w14:paraId="51B9DE52" w14:textId="0CF72334" w:rsidR="3CD4307A" w:rsidRDefault="3CD4307A" w:rsidP="3CD4307A">
            <w:pPr>
              <w:spacing w:after="0"/>
              <w:jc w:val="center"/>
              <w:rPr>
                <w:rFonts w:ascii="Arial Nova" w:eastAsia="Arial Nova" w:hAnsi="Arial Nova" w:cs="Arial Nova"/>
                <w:color w:val="1F497D" w:themeColor="text2"/>
                <w:sz w:val="18"/>
                <w:szCs w:val="18"/>
              </w:rPr>
            </w:pPr>
            <w:r w:rsidRPr="3CD4307A">
              <w:rPr>
                <w:rFonts w:ascii="Arial Nova" w:eastAsia="Arial Nova" w:hAnsi="Arial Nova" w:cs="Arial Nova"/>
                <w:color w:val="1F497D" w:themeColor="text2"/>
                <w:sz w:val="18"/>
                <w:szCs w:val="18"/>
                <w:lang w:val="en-GB"/>
              </w:rPr>
              <w:t>Separate Schedule, fancy dress encouraged</w:t>
            </w:r>
          </w:p>
        </w:tc>
      </w:tr>
      <w:tr w:rsidR="3CD4307A" w14:paraId="1D1846C1" w14:textId="77777777" w:rsidTr="45B5D40B">
        <w:trPr>
          <w:trHeight w:val="330"/>
        </w:trPr>
        <w:tc>
          <w:tcPr>
            <w:tcW w:w="1365" w:type="dxa"/>
            <w:tcBorders>
              <w:top w:val="single" w:sz="6" w:space="0" w:color="auto"/>
              <w:left w:val="single" w:sz="36" w:space="0" w:color="808080" w:themeColor="background1" w:themeShade="80"/>
              <w:bottom w:val="single" w:sz="36" w:space="0" w:color="808080" w:themeColor="background1" w:themeShade="80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6FE825D" w14:textId="58B2EDB4" w:rsidR="69BA96E0" w:rsidRDefault="0ABD7732" w:rsidP="45B5D40B">
            <w:pPr>
              <w:rPr>
                <w:rFonts w:ascii="Arial Nova" w:eastAsia="Arial Nova" w:hAnsi="Arial Nova" w:cs="Arial Nova"/>
                <w:b/>
                <w:bCs/>
                <w:color w:val="000000" w:themeColor="text1"/>
                <w:lang w:val="en-GB"/>
              </w:rPr>
            </w:pPr>
            <w:r w:rsidRPr="45B5D40B">
              <w:rPr>
                <w:rFonts w:ascii="Arial Nova" w:eastAsia="Arial Nova" w:hAnsi="Arial Nova" w:cs="Arial Nova"/>
                <w:b/>
                <w:bCs/>
                <w:color w:val="000000" w:themeColor="text1"/>
                <w:lang w:val="en-GB"/>
              </w:rPr>
              <w:t>8</w:t>
            </w:r>
            <w:r w:rsidRPr="45B5D40B">
              <w:rPr>
                <w:rFonts w:ascii="Arial Nova" w:eastAsia="Arial Nova" w:hAnsi="Arial Nova" w:cs="Arial Nova"/>
                <w:b/>
                <w:bCs/>
                <w:color w:val="000000" w:themeColor="text1"/>
                <w:vertAlign w:val="superscript"/>
                <w:lang w:val="en-GB"/>
              </w:rPr>
              <w:t>th</w:t>
            </w:r>
            <w:r w:rsidRPr="45B5D40B">
              <w:rPr>
                <w:rFonts w:ascii="Arial Nova" w:eastAsia="Arial Nova" w:hAnsi="Arial Nova" w:cs="Arial Nova"/>
                <w:b/>
                <w:bCs/>
                <w:color w:val="000000" w:themeColor="text1"/>
                <w:lang w:val="en-GB"/>
              </w:rPr>
              <w:t xml:space="preserve"> May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36" w:space="0" w:color="808080" w:themeColor="background1" w:themeShade="80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1ED4FE8" w14:textId="5A3B39C1" w:rsidR="3CD4307A" w:rsidRDefault="3CD4307A" w:rsidP="3CD4307A">
            <w:pPr>
              <w:spacing w:after="0"/>
              <w:jc w:val="center"/>
              <w:rPr>
                <w:rFonts w:ascii="Arial Nova" w:eastAsia="Arial Nova" w:hAnsi="Arial Nova" w:cs="Arial Nova"/>
                <w:color w:val="000000" w:themeColor="text1"/>
                <w:sz w:val="18"/>
                <w:szCs w:val="18"/>
              </w:rPr>
            </w:pPr>
            <w:r w:rsidRPr="3CD4307A">
              <w:rPr>
                <w:rFonts w:ascii="Arial Nova" w:eastAsia="Arial Nova" w:hAnsi="Arial Nova" w:cs="Arial Nova"/>
                <w:color w:val="000000" w:themeColor="text1"/>
                <w:sz w:val="18"/>
                <w:szCs w:val="18"/>
                <w:lang w:val="en-GB"/>
              </w:rPr>
              <w:t>Poles on the ground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36" w:space="0" w:color="808080" w:themeColor="background1" w:themeShade="80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0EC3288" w14:textId="5BA7CE01" w:rsidR="3CD4307A" w:rsidRDefault="3CD4307A" w:rsidP="3CD4307A">
            <w:pPr>
              <w:spacing w:after="0"/>
              <w:jc w:val="center"/>
              <w:rPr>
                <w:rFonts w:ascii="Arial Nova" w:eastAsia="Arial Nova" w:hAnsi="Arial Nova" w:cs="Arial Nova"/>
                <w:color w:val="000000" w:themeColor="text1"/>
                <w:sz w:val="18"/>
                <w:szCs w:val="18"/>
              </w:rPr>
            </w:pPr>
            <w:r w:rsidRPr="3CD4307A">
              <w:rPr>
                <w:rFonts w:ascii="Arial Nova" w:eastAsia="Arial Nova" w:hAnsi="Arial Nova" w:cs="Arial Nova"/>
                <w:color w:val="000000" w:themeColor="text1"/>
                <w:sz w:val="18"/>
                <w:szCs w:val="18"/>
                <w:lang w:val="en-GB"/>
              </w:rPr>
              <w:t>40cm</w:t>
            </w:r>
          </w:p>
          <w:p w14:paraId="2E38FC2D" w14:textId="5156ACED" w:rsidR="3CD4307A" w:rsidRDefault="3CD4307A" w:rsidP="3CD4307A">
            <w:pPr>
              <w:spacing w:after="0"/>
              <w:jc w:val="center"/>
              <w:rPr>
                <w:rFonts w:ascii="Arial Nova" w:eastAsia="Arial Nova" w:hAnsi="Arial Nova" w:cs="Arial Nova"/>
                <w:color w:val="000000" w:themeColor="text1"/>
                <w:sz w:val="18"/>
                <w:szCs w:val="18"/>
              </w:rPr>
            </w:pPr>
            <w:r w:rsidRPr="3CD4307A">
              <w:rPr>
                <w:rFonts w:ascii="Arial Nova" w:eastAsia="Arial Nova" w:hAnsi="Arial Nova" w:cs="Arial Nova"/>
                <w:color w:val="000000" w:themeColor="text1"/>
                <w:sz w:val="18"/>
                <w:szCs w:val="18"/>
                <w:lang w:val="en-GB"/>
              </w:rPr>
              <w:t>X-Poles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36" w:space="0" w:color="808080" w:themeColor="background1" w:themeShade="80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538710F" w14:textId="682C6427" w:rsidR="3CD4307A" w:rsidRDefault="3CD4307A" w:rsidP="3CD4307A">
            <w:pPr>
              <w:spacing w:after="0"/>
              <w:jc w:val="center"/>
              <w:rPr>
                <w:rFonts w:ascii="Arial Nova" w:eastAsia="Arial Nova" w:hAnsi="Arial Nova" w:cs="Arial Nova"/>
                <w:color w:val="000000" w:themeColor="text1"/>
                <w:sz w:val="18"/>
                <w:szCs w:val="18"/>
              </w:rPr>
            </w:pPr>
            <w:r w:rsidRPr="3CD4307A">
              <w:rPr>
                <w:rFonts w:ascii="Arial Nova" w:eastAsia="Arial Nova" w:hAnsi="Arial Nova" w:cs="Arial Nova"/>
                <w:color w:val="000000" w:themeColor="text1"/>
                <w:sz w:val="18"/>
                <w:szCs w:val="18"/>
                <w:lang w:val="en-GB"/>
              </w:rPr>
              <w:t>50cm</w:t>
            </w:r>
          </w:p>
        </w:tc>
        <w:tc>
          <w:tcPr>
            <w:tcW w:w="1245" w:type="dxa"/>
            <w:tcBorders>
              <w:top w:val="single" w:sz="6" w:space="0" w:color="auto"/>
              <w:left w:val="single" w:sz="6" w:space="0" w:color="auto"/>
              <w:bottom w:val="single" w:sz="36" w:space="0" w:color="808080" w:themeColor="background1" w:themeShade="80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FECFAAD" w14:textId="30C15E8B" w:rsidR="3CD4307A" w:rsidRDefault="3CD4307A" w:rsidP="3CD4307A">
            <w:pPr>
              <w:spacing w:after="0"/>
              <w:jc w:val="center"/>
              <w:rPr>
                <w:rFonts w:ascii="Arial Nova" w:eastAsia="Arial Nova" w:hAnsi="Arial Nova" w:cs="Arial Nova"/>
                <w:color w:val="000000" w:themeColor="text1"/>
                <w:sz w:val="18"/>
                <w:szCs w:val="18"/>
              </w:rPr>
            </w:pPr>
            <w:r w:rsidRPr="3CD4307A">
              <w:rPr>
                <w:rFonts w:ascii="Arial Nova" w:eastAsia="Arial Nova" w:hAnsi="Arial Nova" w:cs="Arial Nova"/>
                <w:color w:val="000000" w:themeColor="text1"/>
                <w:sz w:val="18"/>
                <w:szCs w:val="18"/>
                <w:lang w:val="en-GB"/>
              </w:rPr>
              <w:t>60cm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36" w:space="0" w:color="808080" w:themeColor="background1" w:themeShade="80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D72ECD1" w14:textId="7BF61908" w:rsidR="3CD4307A" w:rsidRDefault="3CD4307A" w:rsidP="3CD4307A">
            <w:pPr>
              <w:spacing w:after="0"/>
              <w:jc w:val="center"/>
              <w:rPr>
                <w:rFonts w:ascii="Arial Nova" w:eastAsia="Arial Nova" w:hAnsi="Arial Nova" w:cs="Arial Nova"/>
                <w:color w:val="000000" w:themeColor="text1"/>
                <w:sz w:val="18"/>
                <w:szCs w:val="18"/>
              </w:rPr>
            </w:pPr>
            <w:r w:rsidRPr="3CD4307A">
              <w:rPr>
                <w:rFonts w:ascii="Arial Nova" w:eastAsia="Arial Nova" w:hAnsi="Arial Nova" w:cs="Arial Nova"/>
                <w:color w:val="000000" w:themeColor="text1"/>
                <w:sz w:val="18"/>
                <w:szCs w:val="18"/>
                <w:lang w:val="en-GB"/>
              </w:rPr>
              <w:t>70cm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36" w:space="0" w:color="808080" w:themeColor="background1" w:themeShade="80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9EBDDF1" w14:textId="5FE1D85C" w:rsidR="3CD4307A" w:rsidRDefault="3CD4307A" w:rsidP="3CD4307A">
            <w:pPr>
              <w:spacing w:after="0"/>
              <w:jc w:val="center"/>
              <w:rPr>
                <w:rFonts w:ascii="Arial Nova" w:eastAsia="Arial Nova" w:hAnsi="Arial Nova" w:cs="Arial Nova"/>
                <w:color w:val="000000" w:themeColor="text1"/>
                <w:sz w:val="18"/>
                <w:szCs w:val="18"/>
              </w:rPr>
            </w:pPr>
            <w:r w:rsidRPr="3CD4307A">
              <w:rPr>
                <w:rFonts w:ascii="Arial Nova" w:eastAsia="Arial Nova" w:hAnsi="Arial Nova" w:cs="Arial Nova"/>
                <w:color w:val="000000" w:themeColor="text1"/>
                <w:sz w:val="18"/>
                <w:szCs w:val="18"/>
                <w:lang w:val="en-GB"/>
              </w:rPr>
              <w:t>80cm</w:t>
            </w:r>
          </w:p>
        </w:tc>
        <w:tc>
          <w:tcPr>
            <w:tcW w:w="1672" w:type="dxa"/>
            <w:tcBorders>
              <w:top w:val="single" w:sz="6" w:space="0" w:color="auto"/>
              <w:left w:val="single" w:sz="6" w:space="0" w:color="auto"/>
              <w:bottom w:val="single" w:sz="36" w:space="0" w:color="808080" w:themeColor="background1" w:themeShade="80"/>
              <w:right w:val="single" w:sz="36" w:space="0" w:color="808080" w:themeColor="background1" w:themeShade="80"/>
            </w:tcBorders>
            <w:tcMar>
              <w:left w:w="105" w:type="dxa"/>
              <w:right w:w="105" w:type="dxa"/>
            </w:tcMar>
          </w:tcPr>
          <w:p w14:paraId="03502254" w14:textId="3A9BF7C3" w:rsidR="3CD4307A" w:rsidRDefault="3CD4307A" w:rsidP="3CD4307A">
            <w:pPr>
              <w:spacing w:after="0"/>
              <w:jc w:val="center"/>
              <w:rPr>
                <w:rFonts w:ascii="Arial Nova" w:eastAsia="Arial Nova" w:hAnsi="Arial Nova" w:cs="Arial Nova"/>
                <w:color w:val="000000" w:themeColor="text1"/>
                <w:sz w:val="18"/>
                <w:szCs w:val="18"/>
              </w:rPr>
            </w:pPr>
            <w:r w:rsidRPr="3CD4307A">
              <w:rPr>
                <w:rFonts w:ascii="Arial Nova" w:eastAsia="Arial Nova" w:hAnsi="Arial Nova" w:cs="Arial Nova"/>
                <w:color w:val="000000" w:themeColor="text1"/>
                <w:sz w:val="18"/>
                <w:szCs w:val="18"/>
                <w:lang w:val="en-GB"/>
              </w:rPr>
              <w:t>90cm</w:t>
            </w:r>
          </w:p>
        </w:tc>
      </w:tr>
    </w:tbl>
    <w:p w14:paraId="6D390E34" w14:textId="552DC66D" w:rsidR="3CD4307A" w:rsidRDefault="3CD4307A" w:rsidP="3CD4307A"/>
    <w:p w14:paraId="16249C66" w14:textId="08E6B3CB" w:rsidR="003F59CC" w:rsidRPr="004445BA" w:rsidRDefault="00BE09B4" w:rsidP="00B76E73">
      <w:pPr>
        <w:pStyle w:val="Heading2"/>
        <w:jc w:val="center"/>
        <w:rPr>
          <w:rFonts w:ascii="Arial" w:hAnsi="Arial" w:cs="Arial"/>
          <w:color w:val="1F497D" w:themeColor="text2"/>
        </w:rPr>
      </w:pPr>
      <w:r w:rsidRPr="6ABC7C16">
        <w:rPr>
          <w:rFonts w:ascii="Arial" w:hAnsi="Arial" w:cs="Arial"/>
          <w:color w:val="1F497D" w:themeColor="text2"/>
        </w:rPr>
        <w:t>Points League 202</w:t>
      </w:r>
      <w:r w:rsidR="004445BA" w:rsidRPr="6ABC7C16">
        <w:rPr>
          <w:rFonts w:ascii="Arial" w:hAnsi="Arial" w:cs="Arial"/>
          <w:color w:val="1F497D" w:themeColor="text2"/>
        </w:rPr>
        <w:t>6/27</w:t>
      </w:r>
    </w:p>
    <w:p w14:paraId="1590B14D" w14:textId="4B3B7A2D" w:rsidR="003F59CC" w:rsidRPr="00DC17E3" w:rsidRDefault="00BE09B4">
      <w:pPr>
        <w:rPr>
          <w:rFonts w:ascii="Arial" w:hAnsi="Arial" w:cs="Arial"/>
        </w:rPr>
      </w:pPr>
      <w:r w:rsidRPr="00DC17E3">
        <w:rPr>
          <w:rFonts w:ascii="Arial" w:hAnsi="Arial" w:cs="Arial"/>
        </w:rPr>
        <w:t xml:space="preserve">This year we will be hosting a points league, and the winner will be presented with a sash and a prize. Points will be </w:t>
      </w:r>
      <w:proofErr w:type="gramStart"/>
      <w:r w:rsidRPr="00DC17E3">
        <w:rPr>
          <w:rFonts w:ascii="Arial" w:hAnsi="Arial" w:cs="Arial"/>
        </w:rPr>
        <w:t>collated</w:t>
      </w:r>
      <w:proofErr w:type="gramEnd"/>
      <w:r w:rsidRPr="00DC17E3">
        <w:rPr>
          <w:rFonts w:ascii="Arial" w:hAnsi="Arial" w:cs="Arial"/>
        </w:rPr>
        <w:t xml:space="preserve"> at the end of the final show.</w:t>
      </w:r>
    </w:p>
    <w:tbl>
      <w:tblPr>
        <w:tblW w:w="11491" w:type="dxa"/>
        <w:tblInd w:w="-4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Points League"/>
      </w:tblPr>
      <w:tblGrid>
        <w:gridCol w:w="1969"/>
        <w:gridCol w:w="1807"/>
        <w:gridCol w:w="2048"/>
        <w:gridCol w:w="1928"/>
        <w:gridCol w:w="1928"/>
        <w:gridCol w:w="1811"/>
      </w:tblGrid>
      <w:tr w:rsidR="004445BA" w:rsidRPr="00546171" w14:paraId="612587CB" w14:textId="77777777" w:rsidTr="004445BA">
        <w:trPr>
          <w:trHeight w:val="128"/>
        </w:trPr>
        <w:tc>
          <w:tcPr>
            <w:tcW w:w="1969" w:type="dxa"/>
            <w:tcBorders>
              <w:top w:val="single" w:sz="36" w:space="0" w:color="808080"/>
              <w:left w:val="single" w:sz="36" w:space="0" w:color="808080"/>
              <w:bottom w:val="single" w:sz="36" w:space="0" w:color="808080"/>
              <w:right w:val="single" w:sz="36" w:space="0" w:color="808080"/>
            </w:tcBorders>
            <w:hideMark/>
          </w:tcPr>
          <w:p w14:paraId="22D5C4C9" w14:textId="77777777" w:rsidR="00546171" w:rsidRPr="00546171" w:rsidRDefault="00546171" w:rsidP="00546171">
            <w:pPr>
              <w:rPr>
                <w:rFonts w:ascii="Arial" w:hAnsi="Arial" w:cs="Arial"/>
                <w:lang w:val="en-GB"/>
              </w:rPr>
            </w:pPr>
            <w:r w:rsidRPr="00546171">
              <w:rPr>
                <w:rFonts w:ascii="Arial" w:hAnsi="Arial" w:cs="Arial"/>
                <w:b/>
                <w:bCs/>
                <w:lang w:val="en-GB"/>
              </w:rPr>
              <w:t>1</w:t>
            </w:r>
            <w:r w:rsidRPr="00546171">
              <w:rPr>
                <w:rFonts w:ascii="Arial" w:hAnsi="Arial" w:cs="Arial"/>
                <w:b/>
                <w:bCs/>
                <w:vertAlign w:val="superscript"/>
                <w:lang w:val="en-GB"/>
              </w:rPr>
              <w:t>st</w:t>
            </w:r>
            <w:r w:rsidRPr="00546171">
              <w:rPr>
                <w:rFonts w:ascii="Arial" w:hAnsi="Arial" w:cs="Arial"/>
                <w:b/>
                <w:bCs/>
                <w:lang w:val="en-GB"/>
              </w:rPr>
              <w:t> - 6 points</w:t>
            </w:r>
            <w:r w:rsidRPr="00546171">
              <w:rPr>
                <w:rFonts w:ascii="Arial" w:hAnsi="Arial" w:cs="Arial"/>
                <w:lang w:val="en-GB"/>
              </w:rPr>
              <w:t> </w:t>
            </w:r>
          </w:p>
        </w:tc>
        <w:tc>
          <w:tcPr>
            <w:tcW w:w="1807" w:type="dxa"/>
            <w:tcBorders>
              <w:top w:val="single" w:sz="36" w:space="0" w:color="808080"/>
              <w:left w:val="single" w:sz="36" w:space="0" w:color="808080"/>
              <w:bottom w:val="single" w:sz="36" w:space="0" w:color="808080"/>
              <w:right w:val="single" w:sz="36" w:space="0" w:color="808080"/>
            </w:tcBorders>
            <w:hideMark/>
          </w:tcPr>
          <w:p w14:paraId="7DEB1255" w14:textId="77777777" w:rsidR="00546171" w:rsidRPr="00546171" w:rsidRDefault="00546171" w:rsidP="00546171">
            <w:pPr>
              <w:rPr>
                <w:rFonts w:ascii="Arial" w:hAnsi="Arial" w:cs="Arial"/>
                <w:lang w:val="en-GB"/>
              </w:rPr>
            </w:pPr>
            <w:r w:rsidRPr="00546171">
              <w:rPr>
                <w:rFonts w:ascii="Arial" w:hAnsi="Arial" w:cs="Arial"/>
                <w:b/>
                <w:bCs/>
                <w:lang w:val="en-GB"/>
              </w:rPr>
              <w:t>2</w:t>
            </w:r>
            <w:r w:rsidRPr="00546171">
              <w:rPr>
                <w:rFonts w:ascii="Arial" w:hAnsi="Arial" w:cs="Arial"/>
                <w:b/>
                <w:bCs/>
                <w:vertAlign w:val="superscript"/>
                <w:lang w:val="en-GB"/>
              </w:rPr>
              <w:t>nd</w:t>
            </w:r>
            <w:r w:rsidRPr="00546171">
              <w:rPr>
                <w:rFonts w:ascii="Arial" w:hAnsi="Arial" w:cs="Arial"/>
                <w:b/>
                <w:bCs/>
                <w:lang w:val="en-GB"/>
              </w:rPr>
              <w:t> - 5 points</w:t>
            </w:r>
            <w:r w:rsidRPr="00546171">
              <w:rPr>
                <w:rFonts w:ascii="Arial" w:hAnsi="Arial" w:cs="Arial"/>
                <w:lang w:val="en-GB"/>
              </w:rPr>
              <w:t> </w:t>
            </w:r>
          </w:p>
        </w:tc>
        <w:tc>
          <w:tcPr>
            <w:tcW w:w="2048" w:type="dxa"/>
            <w:tcBorders>
              <w:top w:val="single" w:sz="36" w:space="0" w:color="808080"/>
              <w:left w:val="single" w:sz="36" w:space="0" w:color="808080"/>
              <w:bottom w:val="single" w:sz="36" w:space="0" w:color="808080"/>
              <w:right w:val="single" w:sz="36" w:space="0" w:color="808080"/>
            </w:tcBorders>
            <w:hideMark/>
          </w:tcPr>
          <w:p w14:paraId="3E2B3360" w14:textId="77777777" w:rsidR="00546171" w:rsidRPr="00546171" w:rsidRDefault="00546171" w:rsidP="00546171">
            <w:pPr>
              <w:rPr>
                <w:rFonts w:ascii="Arial" w:hAnsi="Arial" w:cs="Arial"/>
                <w:lang w:val="en-GB"/>
              </w:rPr>
            </w:pPr>
            <w:r w:rsidRPr="00546171">
              <w:rPr>
                <w:rFonts w:ascii="Arial" w:hAnsi="Arial" w:cs="Arial"/>
                <w:b/>
                <w:bCs/>
                <w:lang w:val="en-GB"/>
              </w:rPr>
              <w:t>3</w:t>
            </w:r>
            <w:r w:rsidRPr="00546171">
              <w:rPr>
                <w:rFonts w:ascii="Arial" w:hAnsi="Arial" w:cs="Arial"/>
                <w:b/>
                <w:bCs/>
                <w:vertAlign w:val="superscript"/>
                <w:lang w:val="en-GB"/>
              </w:rPr>
              <w:t>rd</w:t>
            </w:r>
            <w:r w:rsidRPr="00546171">
              <w:rPr>
                <w:rFonts w:ascii="Arial" w:hAnsi="Arial" w:cs="Arial"/>
                <w:b/>
                <w:bCs/>
                <w:lang w:val="en-GB"/>
              </w:rPr>
              <w:t> - 4 points</w:t>
            </w:r>
            <w:r w:rsidRPr="00546171">
              <w:rPr>
                <w:rFonts w:ascii="Arial" w:hAnsi="Arial" w:cs="Arial"/>
                <w:lang w:val="en-GB"/>
              </w:rPr>
              <w:t> </w:t>
            </w:r>
          </w:p>
        </w:tc>
        <w:tc>
          <w:tcPr>
            <w:tcW w:w="1928" w:type="dxa"/>
            <w:tcBorders>
              <w:top w:val="single" w:sz="36" w:space="0" w:color="808080"/>
              <w:left w:val="single" w:sz="36" w:space="0" w:color="808080"/>
              <w:bottom w:val="single" w:sz="36" w:space="0" w:color="808080"/>
              <w:right w:val="single" w:sz="36" w:space="0" w:color="808080"/>
            </w:tcBorders>
            <w:hideMark/>
          </w:tcPr>
          <w:p w14:paraId="1A5EC451" w14:textId="77777777" w:rsidR="00546171" w:rsidRPr="00546171" w:rsidRDefault="00546171" w:rsidP="00546171">
            <w:pPr>
              <w:rPr>
                <w:rFonts w:ascii="Arial" w:hAnsi="Arial" w:cs="Arial"/>
                <w:lang w:val="en-GB"/>
              </w:rPr>
            </w:pPr>
            <w:r w:rsidRPr="00546171">
              <w:rPr>
                <w:rFonts w:ascii="Arial" w:hAnsi="Arial" w:cs="Arial"/>
                <w:b/>
                <w:bCs/>
                <w:lang w:val="en-GB"/>
              </w:rPr>
              <w:t>4</w:t>
            </w:r>
            <w:r w:rsidRPr="00546171">
              <w:rPr>
                <w:rFonts w:ascii="Arial" w:hAnsi="Arial" w:cs="Arial"/>
                <w:b/>
                <w:bCs/>
                <w:vertAlign w:val="superscript"/>
                <w:lang w:val="en-GB"/>
              </w:rPr>
              <w:t>th</w:t>
            </w:r>
            <w:r w:rsidRPr="00546171">
              <w:rPr>
                <w:rFonts w:ascii="Arial" w:hAnsi="Arial" w:cs="Arial"/>
                <w:b/>
                <w:bCs/>
                <w:lang w:val="en-GB"/>
              </w:rPr>
              <w:t> - 3 points</w:t>
            </w:r>
            <w:r w:rsidRPr="00546171">
              <w:rPr>
                <w:rFonts w:ascii="Arial" w:hAnsi="Arial" w:cs="Arial"/>
                <w:lang w:val="en-GB"/>
              </w:rPr>
              <w:t> </w:t>
            </w:r>
          </w:p>
        </w:tc>
        <w:tc>
          <w:tcPr>
            <w:tcW w:w="1928" w:type="dxa"/>
            <w:tcBorders>
              <w:top w:val="single" w:sz="36" w:space="0" w:color="808080"/>
              <w:left w:val="single" w:sz="36" w:space="0" w:color="808080"/>
              <w:bottom w:val="single" w:sz="36" w:space="0" w:color="808080"/>
              <w:right w:val="single" w:sz="36" w:space="0" w:color="808080"/>
            </w:tcBorders>
            <w:hideMark/>
          </w:tcPr>
          <w:p w14:paraId="409E141E" w14:textId="77777777" w:rsidR="00546171" w:rsidRPr="00546171" w:rsidRDefault="00546171" w:rsidP="00546171">
            <w:pPr>
              <w:rPr>
                <w:rFonts w:ascii="Arial" w:hAnsi="Arial" w:cs="Arial"/>
                <w:lang w:val="en-GB"/>
              </w:rPr>
            </w:pPr>
            <w:r w:rsidRPr="00546171">
              <w:rPr>
                <w:rFonts w:ascii="Arial" w:hAnsi="Arial" w:cs="Arial"/>
                <w:b/>
                <w:bCs/>
                <w:lang w:val="en-GB"/>
              </w:rPr>
              <w:t>5</w:t>
            </w:r>
            <w:r w:rsidRPr="00546171">
              <w:rPr>
                <w:rFonts w:ascii="Arial" w:hAnsi="Arial" w:cs="Arial"/>
                <w:b/>
                <w:bCs/>
                <w:vertAlign w:val="superscript"/>
                <w:lang w:val="en-GB"/>
              </w:rPr>
              <w:t>th</w:t>
            </w:r>
            <w:r w:rsidRPr="00546171">
              <w:rPr>
                <w:rFonts w:ascii="Arial" w:hAnsi="Arial" w:cs="Arial"/>
                <w:b/>
                <w:bCs/>
                <w:lang w:val="en-GB"/>
              </w:rPr>
              <w:t> - 2 points</w:t>
            </w:r>
            <w:r w:rsidRPr="00546171">
              <w:rPr>
                <w:rFonts w:ascii="Arial" w:hAnsi="Arial" w:cs="Arial"/>
                <w:lang w:val="en-GB"/>
              </w:rPr>
              <w:t> </w:t>
            </w:r>
          </w:p>
        </w:tc>
        <w:tc>
          <w:tcPr>
            <w:tcW w:w="1811" w:type="dxa"/>
            <w:tcBorders>
              <w:top w:val="single" w:sz="36" w:space="0" w:color="808080"/>
              <w:left w:val="single" w:sz="36" w:space="0" w:color="808080"/>
              <w:bottom w:val="single" w:sz="36" w:space="0" w:color="808080"/>
              <w:right w:val="single" w:sz="36" w:space="0" w:color="808080"/>
            </w:tcBorders>
            <w:hideMark/>
          </w:tcPr>
          <w:p w14:paraId="0B76A1B0" w14:textId="77777777" w:rsidR="00546171" w:rsidRPr="00546171" w:rsidRDefault="00546171" w:rsidP="00546171">
            <w:pPr>
              <w:rPr>
                <w:rFonts w:ascii="Arial" w:hAnsi="Arial" w:cs="Arial"/>
                <w:lang w:val="en-GB"/>
              </w:rPr>
            </w:pPr>
            <w:r w:rsidRPr="00546171">
              <w:rPr>
                <w:rFonts w:ascii="Arial" w:hAnsi="Arial" w:cs="Arial"/>
                <w:b/>
                <w:bCs/>
                <w:lang w:val="en-GB"/>
              </w:rPr>
              <w:t>6</w:t>
            </w:r>
            <w:r w:rsidRPr="00546171">
              <w:rPr>
                <w:rFonts w:ascii="Arial" w:hAnsi="Arial" w:cs="Arial"/>
                <w:b/>
                <w:bCs/>
                <w:vertAlign w:val="superscript"/>
                <w:lang w:val="en-GB"/>
              </w:rPr>
              <w:t>th</w:t>
            </w:r>
            <w:r w:rsidRPr="00546171">
              <w:rPr>
                <w:rFonts w:ascii="Arial" w:hAnsi="Arial" w:cs="Arial"/>
                <w:b/>
                <w:bCs/>
                <w:lang w:val="en-GB"/>
              </w:rPr>
              <w:t> - 1 point</w:t>
            </w:r>
            <w:r w:rsidRPr="00546171">
              <w:rPr>
                <w:rFonts w:ascii="Arial" w:hAnsi="Arial" w:cs="Arial"/>
                <w:lang w:val="en-GB"/>
              </w:rPr>
              <w:t> </w:t>
            </w:r>
          </w:p>
        </w:tc>
      </w:tr>
    </w:tbl>
    <w:p w14:paraId="6558C862" w14:textId="77777777" w:rsidR="004445BA" w:rsidRDefault="004445BA">
      <w:pPr>
        <w:rPr>
          <w:rFonts w:ascii="Arial" w:hAnsi="Arial" w:cs="Arial"/>
        </w:rPr>
      </w:pPr>
    </w:p>
    <w:p w14:paraId="0FA36E22" w14:textId="27E9A32F" w:rsidR="003F59CC" w:rsidRPr="00DC17E3" w:rsidRDefault="00CF2BE5" w:rsidP="004445BA">
      <w:pPr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60288" behindDoc="1" locked="0" layoutInCell="1" allowOverlap="1" wp14:anchorId="6CFC6624" wp14:editId="31FC875C">
            <wp:simplePos x="0" y="0"/>
            <wp:positionH relativeFrom="margin">
              <wp:posOffset>2933699</wp:posOffset>
            </wp:positionH>
            <wp:positionV relativeFrom="paragraph">
              <wp:posOffset>499110</wp:posOffset>
            </wp:positionV>
            <wp:extent cx="1306743" cy="971550"/>
            <wp:effectExtent l="0" t="0" r="8255" b="0"/>
            <wp:wrapTight wrapText="bothSides">
              <wp:wrapPolygon edited="0">
                <wp:start x="0" y="0"/>
                <wp:lineTo x="0" y="21176"/>
                <wp:lineTo x="21421" y="21176"/>
                <wp:lineTo x="21421" y="0"/>
                <wp:lineTo x="0" y="0"/>
              </wp:wrapPolygon>
            </wp:wrapTight>
            <wp:docPr id="31649849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8177" cy="97261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E09B4" w:rsidRPr="00DC17E3">
        <w:rPr>
          <w:rFonts w:ascii="Arial" w:hAnsi="Arial" w:cs="Arial"/>
        </w:rPr>
        <w:t>To enter, please email your entry to equineentries@derby-college.ac.uk by 7pm on the Wednesday prior to the show.</w:t>
      </w:r>
      <w:r w:rsidR="004445BA">
        <w:rPr>
          <w:rFonts w:ascii="Arial" w:hAnsi="Arial" w:cs="Arial"/>
        </w:rPr>
        <w:t xml:space="preserve"> </w:t>
      </w:r>
      <w:r w:rsidR="00BE09B4" w:rsidRPr="00DC17E3">
        <w:rPr>
          <w:rFonts w:ascii="Arial" w:hAnsi="Arial" w:cs="Arial"/>
        </w:rPr>
        <w:t xml:space="preserve">Entries cost £15 per </w:t>
      </w:r>
      <w:proofErr w:type="gramStart"/>
      <w:r w:rsidR="00BE09B4" w:rsidRPr="00DC17E3">
        <w:rPr>
          <w:rFonts w:ascii="Arial" w:hAnsi="Arial" w:cs="Arial"/>
        </w:rPr>
        <w:t>class</w:t>
      </w:r>
      <w:proofErr w:type="gramEnd"/>
      <w:r w:rsidR="00BE09B4" w:rsidRPr="00DC17E3">
        <w:rPr>
          <w:rFonts w:ascii="Arial" w:hAnsi="Arial" w:cs="Arial"/>
        </w:rPr>
        <w:t xml:space="preserve"> which must be paid in cash </w:t>
      </w:r>
      <w:proofErr w:type="gramStart"/>
      <w:r w:rsidR="00BE09B4" w:rsidRPr="00DC17E3">
        <w:rPr>
          <w:rFonts w:ascii="Arial" w:hAnsi="Arial" w:cs="Arial"/>
        </w:rPr>
        <w:t>or card</w:t>
      </w:r>
      <w:proofErr w:type="gramEnd"/>
      <w:r w:rsidR="00BE09B4" w:rsidRPr="00DC17E3">
        <w:rPr>
          <w:rFonts w:ascii="Arial" w:hAnsi="Arial" w:cs="Arial"/>
        </w:rPr>
        <w:t xml:space="preserve"> on the day of the event.</w:t>
      </w:r>
    </w:p>
    <w:sectPr w:rsidR="003F59CC" w:rsidRPr="00DC17E3" w:rsidSect="00DC17E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2A0021" w14:textId="77777777" w:rsidR="00441C81" w:rsidRDefault="00441C81" w:rsidP="00CF2BE5">
      <w:pPr>
        <w:spacing w:after="0" w:line="240" w:lineRule="auto"/>
      </w:pPr>
      <w:r>
        <w:separator/>
      </w:r>
    </w:p>
  </w:endnote>
  <w:endnote w:type="continuationSeparator" w:id="0">
    <w:p w14:paraId="75B10D56" w14:textId="77777777" w:rsidR="00441C81" w:rsidRDefault="00441C81" w:rsidP="00CF2B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AFEE99" w14:textId="77777777" w:rsidR="00441C81" w:rsidRDefault="00441C81" w:rsidP="00CF2BE5">
      <w:pPr>
        <w:spacing w:after="0" w:line="240" w:lineRule="auto"/>
      </w:pPr>
      <w:r>
        <w:separator/>
      </w:r>
    </w:p>
  </w:footnote>
  <w:footnote w:type="continuationSeparator" w:id="0">
    <w:p w14:paraId="2C924901" w14:textId="77777777" w:rsidR="00441C81" w:rsidRDefault="00441C81" w:rsidP="00CF2B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72398913">
    <w:abstractNumId w:val="8"/>
  </w:num>
  <w:num w:numId="2" w16cid:durableId="870726582">
    <w:abstractNumId w:val="6"/>
  </w:num>
  <w:num w:numId="3" w16cid:durableId="2037659551">
    <w:abstractNumId w:val="5"/>
  </w:num>
  <w:num w:numId="4" w16cid:durableId="1900508381">
    <w:abstractNumId w:val="4"/>
  </w:num>
  <w:num w:numId="5" w16cid:durableId="1852992788">
    <w:abstractNumId w:val="7"/>
  </w:num>
  <w:num w:numId="6" w16cid:durableId="1568490702">
    <w:abstractNumId w:val="3"/>
  </w:num>
  <w:num w:numId="7" w16cid:durableId="436143672">
    <w:abstractNumId w:val="2"/>
  </w:num>
  <w:num w:numId="8" w16cid:durableId="1227761166">
    <w:abstractNumId w:val="1"/>
  </w:num>
  <w:num w:numId="9" w16cid:durableId="4623866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B2C84"/>
    <w:rsid w:val="0015074B"/>
    <w:rsid w:val="0029639D"/>
    <w:rsid w:val="00326F90"/>
    <w:rsid w:val="003F59CC"/>
    <w:rsid w:val="00441C81"/>
    <w:rsid w:val="004445BA"/>
    <w:rsid w:val="00501913"/>
    <w:rsid w:val="00503BBA"/>
    <w:rsid w:val="00546171"/>
    <w:rsid w:val="00697794"/>
    <w:rsid w:val="006E77CB"/>
    <w:rsid w:val="007E0149"/>
    <w:rsid w:val="008719DB"/>
    <w:rsid w:val="009569DF"/>
    <w:rsid w:val="00AA1D8D"/>
    <w:rsid w:val="00B47730"/>
    <w:rsid w:val="00B630B9"/>
    <w:rsid w:val="00B76E73"/>
    <w:rsid w:val="00BE09B4"/>
    <w:rsid w:val="00CA5163"/>
    <w:rsid w:val="00CB0664"/>
    <w:rsid w:val="00CB5970"/>
    <w:rsid w:val="00CC5FBD"/>
    <w:rsid w:val="00CF2BE5"/>
    <w:rsid w:val="00D523C0"/>
    <w:rsid w:val="00D97B33"/>
    <w:rsid w:val="00DC17E3"/>
    <w:rsid w:val="00FC693F"/>
    <w:rsid w:val="06C942A0"/>
    <w:rsid w:val="0ABD7732"/>
    <w:rsid w:val="0BAE38F5"/>
    <w:rsid w:val="0D3CB99C"/>
    <w:rsid w:val="13DCC06A"/>
    <w:rsid w:val="191B051B"/>
    <w:rsid w:val="1AA99166"/>
    <w:rsid w:val="1C85D0E2"/>
    <w:rsid w:val="2A3566A7"/>
    <w:rsid w:val="31FCEB40"/>
    <w:rsid w:val="33DFD240"/>
    <w:rsid w:val="362BB6AC"/>
    <w:rsid w:val="3CD4307A"/>
    <w:rsid w:val="4103F66D"/>
    <w:rsid w:val="4144E635"/>
    <w:rsid w:val="4342F3EC"/>
    <w:rsid w:val="439917D4"/>
    <w:rsid w:val="45B5D40B"/>
    <w:rsid w:val="46C8A72C"/>
    <w:rsid w:val="5301B0D7"/>
    <w:rsid w:val="53CE5D0E"/>
    <w:rsid w:val="58E8EA8E"/>
    <w:rsid w:val="67A3873E"/>
    <w:rsid w:val="69BA96E0"/>
    <w:rsid w:val="6ABC7C16"/>
    <w:rsid w:val="79E5A89F"/>
    <w:rsid w:val="7D91EBCA"/>
    <w:rsid w:val="7EB5F894"/>
    <w:rsid w:val="7F43C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A3BAF4E"/>
  <w14:defaultImageDpi w14:val="300"/>
  <w15:docId w15:val="{E223A706-2DDF-4C4B-9845-D6649C77E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6171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97849FAF0AAA4F98EA2E03C4691E8E" ma:contentTypeVersion="13" ma:contentTypeDescription="Create a new document." ma:contentTypeScope="" ma:versionID="2bd1567ad6affbd1f65a73e6e6af500c">
  <xsd:schema xmlns:xsd="http://www.w3.org/2001/XMLSchema" xmlns:xs="http://www.w3.org/2001/XMLSchema" xmlns:p="http://schemas.microsoft.com/office/2006/metadata/properties" xmlns:ns2="93add18f-4af3-4e15-8fd5-2b92c57bdcb4" xmlns:ns3="947b73a8-b800-442a-ae54-ef00bb118778" targetNamespace="http://schemas.microsoft.com/office/2006/metadata/properties" ma:root="true" ma:fieldsID="418a09002236f1603653f62f1d9140f5" ns2:_="" ns3:_="">
    <xsd:import namespace="93add18f-4af3-4e15-8fd5-2b92c57bdcb4"/>
    <xsd:import namespace="947b73a8-b800-442a-ae54-ef00bb11877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add18f-4af3-4e15-8fd5-2b92c57bdc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a5957903-7c7d-438e-80fa-d6e7ae03a6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7b73a8-b800-442a-ae54-ef00bb118778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9a4f4ce1-cf06-4064-a1e3-9fad97349d18}" ma:internalName="TaxCatchAll" ma:showField="CatchAllData" ma:web="947b73a8-b800-442a-ae54-ef00bb11877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3add18f-4af3-4e15-8fd5-2b92c57bdcb4">
      <Terms xmlns="http://schemas.microsoft.com/office/infopath/2007/PartnerControls"/>
    </lcf76f155ced4ddcb4097134ff3c332f>
    <TaxCatchAll xmlns="947b73a8-b800-442a-ae54-ef00bb118778" xsi:nil="true"/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2A9DA8D-102F-489C-B305-6860A4A63C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add18f-4af3-4e15-8fd5-2b92c57bdcb4"/>
    <ds:schemaRef ds:uri="947b73a8-b800-442a-ae54-ef00bb1187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87A6917-E01C-443F-B806-9159D2741DD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C26AE8F-2B1A-41AF-871B-DDBDA3182866}">
  <ds:schemaRefs>
    <ds:schemaRef ds:uri="http://schemas.microsoft.com/office/2006/metadata/properties"/>
    <ds:schemaRef ds:uri="http://schemas.microsoft.com/office/infopath/2007/PartnerControls"/>
    <ds:schemaRef ds:uri="93add18f-4af3-4e15-8fd5-2b92c57bdcb4"/>
    <ds:schemaRef ds:uri="947b73a8-b800-442a-ae54-ef00bb11877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900</Characters>
  <Application>Microsoft Office Word</Application>
  <DocSecurity>4</DocSecurity>
  <Lines>7</Lines>
  <Paragraphs>2</Paragraphs>
  <ScaleCrop>false</ScaleCrop>
  <Manager/>
  <Company/>
  <LinksUpToDate>false</LinksUpToDate>
  <CharactersWithSpaces>1055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Easha Nadeem</cp:lastModifiedBy>
  <cp:revision>2</cp:revision>
  <dcterms:created xsi:type="dcterms:W3CDTF">2026-09-15T11:19:00Z</dcterms:created>
  <dcterms:modified xsi:type="dcterms:W3CDTF">2026-09-15T11:19:00Z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8660e0d-c47b-41e7-a62b-fb6eff85b393_Enabled">
    <vt:lpwstr>true</vt:lpwstr>
  </property>
  <property fmtid="{D5CDD505-2E9C-101B-9397-08002B2CF9AE}" pid="3" name="MSIP_Label_a8660e0d-c47b-41e7-a62b-fb6eff85b393_SetDate">
    <vt:lpwstr>2026-03-04T10:28:01Z</vt:lpwstr>
  </property>
  <property fmtid="{D5CDD505-2E9C-101B-9397-08002B2CF9AE}" pid="4" name="MSIP_Label_a8660e0d-c47b-41e7-a62b-fb6eff85b393_Method">
    <vt:lpwstr>Standard</vt:lpwstr>
  </property>
  <property fmtid="{D5CDD505-2E9C-101B-9397-08002B2CF9AE}" pid="5" name="MSIP_Label_a8660e0d-c47b-41e7-a62b-fb6eff85b393_Name">
    <vt:lpwstr>defa4170-0d19-0005-0004-bc88714345d2</vt:lpwstr>
  </property>
  <property fmtid="{D5CDD505-2E9C-101B-9397-08002B2CF9AE}" pid="6" name="MSIP_Label_a8660e0d-c47b-41e7-a62b-fb6eff85b393_SiteId">
    <vt:lpwstr>7584d747-9421-477d-8345-bedc5d73bc46</vt:lpwstr>
  </property>
  <property fmtid="{D5CDD505-2E9C-101B-9397-08002B2CF9AE}" pid="7" name="MSIP_Label_a8660e0d-c47b-41e7-a62b-fb6eff85b393_ActionId">
    <vt:lpwstr>8041c7d2-5ebb-4aec-94fb-c30af61197eb</vt:lpwstr>
  </property>
  <property fmtid="{D5CDD505-2E9C-101B-9397-08002B2CF9AE}" pid="8" name="MSIP_Label_a8660e0d-c47b-41e7-a62b-fb6eff85b393_ContentBits">
    <vt:lpwstr>0</vt:lpwstr>
  </property>
  <property fmtid="{D5CDD505-2E9C-101B-9397-08002B2CF9AE}" pid="9" name="MSIP_Label_a8660e0d-c47b-41e7-a62b-fb6eff85b393_Tag">
    <vt:lpwstr>10, 3, 0, 1</vt:lpwstr>
  </property>
  <property fmtid="{D5CDD505-2E9C-101B-9397-08002B2CF9AE}" pid="10" name="ContentTypeId">
    <vt:lpwstr>0x0101002F97849FAF0AAA4F98EA2E03C4691E8E</vt:lpwstr>
  </property>
  <property fmtid="{D5CDD505-2E9C-101B-9397-08002B2CF9AE}" pid="11" name="MediaServiceImageTags">
    <vt:lpwstr/>
  </property>
</Properties>
</file>