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F538" w14:textId="236BA514" w:rsidR="004445BA" w:rsidRDefault="004445BA" w:rsidP="00546171">
      <w:pPr>
        <w:pStyle w:val="Heading1"/>
        <w:jc w:val="center"/>
        <w:rPr>
          <w:rFonts w:ascii="Arial" w:hAnsi="Arial" w:cs="Arial"/>
          <w:sz w:val="52"/>
          <w:szCs w:val="52"/>
        </w:rPr>
      </w:pPr>
      <w:r w:rsidRPr="6ABC7C16">
        <w:rPr>
          <w:rFonts w:ascii="Arial" w:hAnsi="Arial" w:cs="Arial"/>
          <w:sz w:val="52"/>
          <w:szCs w:val="52"/>
        </w:rPr>
        <w:t xml:space="preserve">Derby College </w:t>
      </w:r>
      <w:r w:rsidR="00BE09B4" w:rsidRPr="6ABC7C16">
        <w:rPr>
          <w:rFonts w:ascii="Arial" w:hAnsi="Arial" w:cs="Arial"/>
          <w:sz w:val="52"/>
          <w:szCs w:val="52"/>
        </w:rPr>
        <w:t>Winter Dressage Series</w:t>
      </w:r>
    </w:p>
    <w:p w14:paraId="4D98C399" w14:textId="03F1854E" w:rsidR="00546171" w:rsidRPr="00DC17E3" w:rsidRDefault="00BE09B4" w:rsidP="00B76E73">
      <w:pPr>
        <w:jc w:val="center"/>
        <w:rPr>
          <w:rFonts w:ascii="Arial" w:hAnsi="Arial" w:cs="Arial"/>
          <w:sz w:val="28"/>
          <w:szCs w:val="28"/>
        </w:rPr>
      </w:pPr>
      <w:r w:rsidRPr="00DC17E3">
        <w:rPr>
          <w:rFonts w:ascii="Arial" w:hAnsi="Arial" w:cs="Arial"/>
          <w:sz w:val="28"/>
          <w:szCs w:val="28"/>
        </w:rPr>
        <w:t>Come and have a go at the new tests in a fun and relaxed environment</w:t>
      </w:r>
    </w:p>
    <w:p w14:paraId="7B4BC759" w14:textId="7AE65BC9" w:rsidR="00546171" w:rsidRPr="00DC17E3" w:rsidRDefault="00B76E73" w:rsidP="00B76E73">
      <w:pPr>
        <w:jc w:val="center"/>
        <w:rPr>
          <w:rFonts w:ascii="Arial" w:hAnsi="Arial" w:cs="Arial"/>
          <w:sz w:val="28"/>
          <w:szCs w:val="28"/>
        </w:rPr>
      </w:pPr>
      <w:r w:rsidRPr="00DC17E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4BE2AD1" wp14:editId="552C950A">
            <wp:extent cx="2670970" cy="2476500"/>
            <wp:effectExtent l="0" t="0" r="0" b="0"/>
            <wp:docPr id="15962106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250" cy="2487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EE501" w14:textId="73612ED3" w:rsidR="00546171" w:rsidRPr="00DC17E3" w:rsidRDefault="00546171" w:rsidP="00B76E73">
      <w:pPr>
        <w:pStyle w:val="Heading1"/>
        <w:jc w:val="center"/>
        <w:rPr>
          <w:rFonts w:ascii="Arial" w:hAnsi="Arial" w:cs="Arial"/>
        </w:rPr>
      </w:pPr>
      <w:r w:rsidRPr="00DC17E3">
        <w:rPr>
          <w:rFonts w:ascii="Arial" w:hAnsi="Arial" w:cs="Arial"/>
        </w:rPr>
        <w:t>SCHEDULE:</w:t>
      </w:r>
    </w:p>
    <w:tbl>
      <w:tblPr>
        <w:tblStyle w:val="TableGrid"/>
        <w:tblW w:w="11166" w:type="dxa"/>
        <w:tblLook w:val="04A0" w:firstRow="1" w:lastRow="0" w:firstColumn="1" w:lastColumn="0" w:noHBand="0" w:noVBand="1"/>
      </w:tblPr>
      <w:tblGrid>
        <w:gridCol w:w="2233"/>
        <w:gridCol w:w="2233"/>
        <w:gridCol w:w="2233"/>
        <w:gridCol w:w="2233"/>
        <w:gridCol w:w="2234"/>
      </w:tblGrid>
      <w:tr w:rsidR="00546171" w:rsidRPr="005A4C9A" w14:paraId="12C16EC6" w14:textId="77777777" w:rsidTr="3CA875B7">
        <w:trPr>
          <w:trHeight w:val="288"/>
        </w:trPr>
        <w:tc>
          <w:tcPr>
            <w:tcW w:w="2233" w:type="dxa"/>
          </w:tcPr>
          <w:p w14:paraId="569287D5" w14:textId="4AFA5138" w:rsidR="00546171" w:rsidRPr="005A4C9A" w:rsidRDefault="00546171" w:rsidP="00546171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Date</w:t>
            </w:r>
          </w:p>
        </w:tc>
        <w:tc>
          <w:tcPr>
            <w:tcW w:w="2233" w:type="dxa"/>
          </w:tcPr>
          <w:p w14:paraId="4E71E978" w14:textId="5AEC67FF" w:rsidR="00546171" w:rsidRPr="005A4C9A" w:rsidRDefault="00546171" w:rsidP="00546171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Class 1</w:t>
            </w:r>
          </w:p>
        </w:tc>
        <w:tc>
          <w:tcPr>
            <w:tcW w:w="2233" w:type="dxa"/>
          </w:tcPr>
          <w:p w14:paraId="03167A70" w14:textId="32FA2B65" w:rsidR="00546171" w:rsidRPr="005A4C9A" w:rsidRDefault="00546171" w:rsidP="00546171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Class 2</w:t>
            </w:r>
          </w:p>
        </w:tc>
        <w:tc>
          <w:tcPr>
            <w:tcW w:w="2233" w:type="dxa"/>
          </w:tcPr>
          <w:p w14:paraId="1063C600" w14:textId="425F9B02" w:rsidR="00546171" w:rsidRPr="005A4C9A" w:rsidRDefault="00546171" w:rsidP="00546171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Class 3</w:t>
            </w:r>
          </w:p>
        </w:tc>
        <w:tc>
          <w:tcPr>
            <w:tcW w:w="2234" w:type="dxa"/>
          </w:tcPr>
          <w:p w14:paraId="5EAFA107" w14:textId="68CA709E" w:rsidR="00546171" w:rsidRPr="005A4C9A" w:rsidRDefault="00546171" w:rsidP="00546171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Class 4</w:t>
            </w:r>
          </w:p>
        </w:tc>
      </w:tr>
      <w:tr w:rsidR="00546171" w:rsidRPr="005A4C9A" w14:paraId="142BED99" w14:textId="77777777" w:rsidTr="3CA875B7">
        <w:trPr>
          <w:trHeight w:val="559"/>
        </w:trPr>
        <w:tc>
          <w:tcPr>
            <w:tcW w:w="2233" w:type="dxa"/>
          </w:tcPr>
          <w:p w14:paraId="098E078A" w14:textId="77777777" w:rsidR="00546171" w:rsidRPr="005A4C9A" w:rsidRDefault="00546171" w:rsidP="00DC17E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12th September</w:t>
            </w:r>
          </w:p>
        </w:tc>
        <w:tc>
          <w:tcPr>
            <w:tcW w:w="2233" w:type="dxa"/>
          </w:tcPr>
          <w:p w14:paraId="28C3ED96" w14:textId="663718FE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Intro 1 2024</w:t>
            </w:r>
          </w:p>
        </w:tc>
        <w:tc>
          <w:tcPr>
            <w:tcW w:w="2233" w:type="dxa"/>
          </w:tcPr>
          <w:p w14:paraId="7F7E4CA9" w14:textId="77777777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1 2024</w:t>
            </w:r>
          </w:p>
        </w:tc>
        <w:tc>
          <w:tcPr>
            <w:tcW w:w="2233" w:type="dxa"/>
          </w:tcPr>
          <w:p w14:paraId="2B4FDFF0" w14:textId="77777777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2 2024</w:t>
            </w:r>
          </w:p>
        </w:tc>
        <w:tc>
          <w:tcPr>
            <w:tcW w:w="2234" w:type="dxa"/>
          </w:tcPr>
          <w:p w14:paraId="324ECD6F" w14:textId="77777777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Novice 1 2024</w:t>
            </w:r>
          </w:p>
        </w:tc>
      </w:tr>
      <w:tr w:rsidR="00546171" w:rsidRPr="005A4C9A" w14:paraId="5932D3DF" w14:textId="77777777" w:rsidTr="3CA875B7">
        <w:trPr>
          <w:trHeight w:val="271"/>
        </w:trPr>
        <w:tc>
          <w:tcPr>
            <w:tcW w:w="2233" w:type="dxa"/>
          </w:tcPr>
          <w:p w14:paraId="0C9C54A0" w14:textId="7E9183D7" w:rsidR="00546171" w:rsidRPr="005A4C9A" w:rsidRDefault="00546171" w:rsidP="00DC17E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11th October</w:t>
            </w:r>
          </w:p>
        </w:tc>
        <w:tc>
          <w:tcPr>
            <w:tcW w:w="2233" w:type="dxa"/>
          </w:tcPr>
          <w:p w14:paraId="64673558" w14:textId="5BC6F4F7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Intro 2 2024</w:t>
            </w:r>
          </w:p>
        </w:tc>
        <w:tc>
          <w:tcPr>
            <w:tcW w:w="2233" w:type="dxa"/>
          </w:tcPr>
          <w:p w14:paraId="66766C26" w14:textId="3A79AAB5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2 2024</w:t>
            </w:r>
          </w:p>
        </w:tc>
        <w:tc>
          <w:tcPr>
            <w:tcW w:w="2233" w:type="dxa"/>
          </w:tcPr>
          <w:p w14:paraId="681FDF52" w14:textId="6896B5AC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3 2024</w:t>
            </w:r>
          </w:p>
        </w:tc>
        <w:tc>
          <w:tcPr>
            <w:tcW w:w="2234" w:type="dxa"/>
          </w:tcPr>
          <w:p w14:paraId="29C72DBF" w14:textId="78C4721B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Novice 2 2024</w:t>
            </w:r>
          </w:p>
        </w:tc>
      </w:tr>
      <w:tr w:rsidR="00546171" w:rsidRPr="005A4C9A" w14:paraId="3083334F" w14:textId="77777777" w:rsidTr="3CA875B7">
        <w:trPr>
          <w:trHeight w:val="288"/>
        </w:trPr>
        <w:tc>
          <w:tcPr>
            <w:tcW w:w="2233" w:type="dxa"/>
          </w:tcPr>
          <w:p w14:paraId="0DF709E6" w14:textId="7D6F1A4C" w:rsidR="00546171" w:rsidRPr="005A4C9A" w:rsidRDefault="00546171" w:rsidP="00DC17E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7th November</w:t>
            </w:r>
          </w:p>
        </w:tc>
        <w:tc>
          <w:tcPr>
            <w:tcW w:w="2233" w:type="dxa"/>
          </w:tcPr>
          <w:p w14:paraId="59438802" w14:textId="6FF0042F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Intro 3 2024</w:t>
            </w:r>
          </w:p>
        </w:tc>
        <w:tc>
          <w:tcPr>
            <w:tcW w:w="2233" w:type="dxa"/>
          </w:tcPr>
          <w:p w14:paraId="0EC58B32" w14:textId="76982761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3 2024</w:t>
            </w:r>
          </w:p>
        </w:tc>
        <w:tc>
          <w:tcPr>
            <w:tcW w:w="2233" w:type="dxa"/>
          </w:tcPr>
          <w:p w14:paraId="4B79C82B" w14:textId="462B9D96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1 2024</w:t>
            </w:r>
          </w:p>
        </w:tc>
        <w:tc>
          <w:tcPr>
            <w:tcW w:w="2234" w:type="dxa"/>
          </w:tcPr>
          <w:p w14:paraId="1A00ECA5" w14:textId="12496C52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Novice 3 2024</w:t>
            </w:r>
          </w:p>
        </w:tc>
      </w:tr>
      <w:tr w:rsidR="00546171" w:rsidRPr="005A4C9A" w14:paraId="39931815" w14:textId="77777777" w:rsidTr="3CA875B7">
        <w:trPr>
          <w:trHeight w:val="288"/>
        </w:trPr>
        <w:tc>
          <w:tcPr>
            <w:tcW w:w="2233" w:type="dxa"/>
          </w:tcPr>
          <w:p w14:paraId="34542E79" w14:textId="03A6125A" w:rsidR="00546171" w:rsidRPr="005A4C9A" w:rsidRDefault="4BAD2ADF" w:rsidP="00DC17E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40"/>
                <w:szCs w:val="40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7</w:t>
            </w:r>
            <w:r w:rsidR="00546171"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th March</w:t>
            </w:r>
          </w:p>
        </w:tc>
        <w:tc>
          <w:tcPr>
            <w:tcW w:w="2233" w:type="dxa"/>
          </w:tcPr>
          <w:p w14:paraId="1C87AA75" w14:textId="0C81E84C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Intro 1 2024</w:t>
            </w:r>
          </w:p>
        </w:tc>
        <w:tc>
          <w:tcPr>
            <w:tcW w:w="2233" w:type="dxa"/>
          </w:tcPr>
          <w:p w14:paraId="1BA2FD75" w14:textId="762DC552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1 2024</w:t>
            </w:r>
          </w:p>
        </w:tc>
        <w:tc>
          <w:tcPr>
            <w:tcW w:w="2233" w:type="dxa"/>
          </w:tcPr>
          <w:p w14:paraId="56E238C2" w14:textId="54F7C782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2 2024</w:t>
            </w:r>
          </w:p>
        </w:tc>
        <w:tc>
          <w:tcPr>
            <w:tcW w:w="2234" w:type="dxa"/>
          </w:tcPr>
          <w:p w14:paraId="3FA860B7" w14:textId="40ADB5A5" w:rsidR="00546171" w:rsidRPr="005A4C9A" w:rsidRDefault="00546171" w:rsidP="00DC17E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Novice 1 2024</w:t>
            </w:r>
          </w:p>
        </w:tc>
      </w:tr>
      <w:tr w:rsidR="00546171" w:rsidRPr="005A4C9A" w14:paraId="670D5024" w14:textId="77777777" w:rsidTr="3CA875B7">
        <w:trPr>
          <w:trHeight w:val="271"/>
        </w:trPr>
        <w:tc>
          <w:tcPr>
            <w:tcW w:w="2233" w:type="dxa"/>
          </w:tcPr>
          <w:p w14:paraId="23EEA2E9" w14:textId="4126A47C" w:rsidR="00546171" w:rsidRPr="005A4C9A" w:rsidRDefault="00546171" w:rsidP="00DC17E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</w:pPr>
            <w:r w:rsidRPr="005A4C9A">
              <w:rPr>
                <w:rFonts w:ascii="Arial" w:hAnsi="Arial" w:cs="Arial"/>
                <w:b/>
                <w:bCs/>
                <w:color w:val="1F497D" w:themeColor="text2"/>
                <w:sz w:val="32"/>
                <w:szCs w:val="32"/>
              </w:rPr>
              <w:t>18th April</w:t>
            </w:r>
          </w:p>
        </w:tc>
        <w:tc>
          <w:tcPr>
            <w:tcW w:w="2233" w:type="dxa"/>
          </w:tcPr>
          <w:p w14:paraId="14EC90ED" w14:textId="07D8F599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Intro 2 2024</w:t>
            </w:r>
          </w:p>
        </w:tc>
        <w:tc>
          <w:tcPr>
            <w:tcW w:w="2233" w:type="dxa"/>
          </w:tcPr>
          <w:p w14:paraId="52808420" w14:textId="2772F181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2 2024</w:t>
            </w:r>
          </w:p>
        </w:tc>
        <w:tc>
          <w:tcPr>
            <w:tcW w:w="2233" w:type="dxa"/>
          </w:tcPr>
          <w:p w14:paraId="2759AA06" w14:textId="7FA7B050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Prelim 3 2024</w:t>
            </w:r>
          </w:p>
        </w:tc>
        <w:tc>
          <w:tcPr>
            <w:tcW w:w="2234" w:type="dxa"/>
          </w:tcPr>
          <w:p w14:paraId="35DC7F52" w14:textId="5F23E4B9" w:rsidR="00546171" w:rsidRPr="005A4C9A" w:rsidRDefault="00546171" w:rsidP="00DC17E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A4C9A">
              <w:rPr>
                <w:rFonts w:ascii="Arial" w:hAnsi="Arial" w:cs="Arial"/>
                <w:sz w:val="32"/>
                <w:szCs w:val="32"/>
              </w:rPr>
              <w:t>Novice 2 2024</w:t>
            </w:r>
          </w:p>
        </w:tc>
      </w:tr>
    </w:tbl>
    <w:p w14:paraId="6558C862" w14:textId="77777777" w:rsidR="004445BA" w:rsidRPr="005A4C9A" w:rsidRDefault="004445BA">
      <w:pPr>
        <w:rPr>
          <w:rFonts w:ascii="Arial" w:hAnsi="Arial" w:cs="Arial"/>
          <w:sz w:val="32"/>
          <w:szCs w:val="32"/>
        </w:rPr>
      </w:pPr>
    </w:p>
    <w:p w14:paraId="0FA36E22" w14:textId="7CADA4EC" w:rsidR="003F59CC" w:rsidRPr="005A4C9A" w:rsidRDefault="005A4C9A" w:rsidP="004445BA">
      <w:pPr>
        <w:jc w:val="center"/>
        <w:rPr>
          <w:rFonts w:ascii="Arial" w:hAnsi="Arial" w:cs="Arial"/>
          <w:sz w:val="32"/>
          <w:szCs w:val="32"/>
        </w:rPr>
      </w:pPr>
      <w:r w:rsidRPr="005A4C9A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B4AB103" wp14:editId="2C9CE341">
            <wp:simplePos x="0" y="0"/>
            <wp:positionH relativeFrom="margin">
              <wp:align>center</wp:align>
            </wp:positionH>
            <wp:positionV relativeFrom="paragraph">
              <wp:posOffset>1920240</wp:posOffset>
            </wp:positionV>
            <wp:extent cx="1495425" cy="1109980"/>
            <wp:effectExtent l="0" t="0" r="9525" b="0"/>
            <wp:wrapTight wrapText="bothSides">
              <wp:wrapPolygon edited="0">
                <wp:start x="0" y="0"/>
                <wp:lineTo x="0" y="21130"/>
                <wp:lineTo x="21462" y="21130"/>
                <wp:lineTo x="21462" y="0"/>
                <wp:lineTo x="0" y="0"/>
              </wp:wrapPolygon>
            </wp:wrapTight>
            <wp:docPr id="2" name="Picture 1" descr="Derby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rby College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9B4" w:rsidRPr="005A4C9A">
        <w:rPr>
          <w:rFonts w:ascii="Arial" w:hAnsi="Arial" w:cs="Arial"/>
          <w:sz w:val="32"/>
          <w:szCs w:val="32"/>
        </w:rPr>
        <w:t>To enter, please email your entry to equineentries@derby-college.ac.uk by 7pm on the Wednesday prior to the show.</w:t>
      </w:r>
      <w:r w:rsidR="004445BA" w:rsidRPr="005A4C9A">
        <w:rPr>
          <w:rFonts w:ascii="Arial" w:hAnsi="Arial" w:cs="Arial"/>
          <w:sz w:val="32"/>
          <w:szCs w:val="32"/>
        </w:rPr>
        <w:t xml:space="preserve"> </w:t>
      </w:r>
      <w:r w:rsidR="00BE09B4" w:rsidRPr="005A4C9A">
        <w:rPr>
          <w:rFonts w:ascii="Arial" w:hAnsi="Arial" w:cs="Arial"/>
          <w:sz w:val="32"/>
          <w:szCs w:val="32"/>
        </w:rPr>
        <w:t>Entries cost £15 per class which must be paid in cash or card on the day of the event.</w:t>
      </w:r>
    </w:p>
    <w:sectPr w:rsidR="003F59CC" w:rsidRPr="005A4C9A" w:rsidSect="00DC17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2398913">
    <w:abstractNumId w:val="8"/>
  </w:num>
  <w:num w:numId="2" w16cid:durableId="870726582">
    <w:abstractNumId w:val="6"/>
  </w:num>
  <w:num w:numId="3" w16cid:durableId="2037659551">
    <w:abstractNumId w:val="5"/>
  </w:num>
  <w:num w:numId="4" w16cid:durableId="1900508381">
    <w:abstractNumId w:val="4"/>
  </w:num>
  <w:num w:numId="5" w16cid:durableId="1852992788">
    <w:abstractNumId w:val="7"/>
  </w:num>
  <w:num w:numId="6" w16cid:durableId="1568490702">
    <w:abstractNumId w:val="3"/>
  </w:num>
  <w:num w:numId="7" w16cid:durableId="436143672">
    <w:abstractNumId w:val="2"/>
  </w:num>
  <w:num w:numId="8" w16cid:durableId="1227761166">
    <w:abstractNumId w:val="1"/>
  </w:num>
  <w:num w:numId="9" w16cid:durableId="462386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59CC"/>
    <w:rsid w:val="004445BA"/>
    <w:rsid w:val="00503BBA"/>
    <w:rsid w:val="00546171"/>
    <w:rsid w:val="005A4C9A"/>
    <w:rsid w:val="006E77CB"/>
    <w:rsid w:val="007E0149"/>
    <w:rsid w:val="009569DF"/>
    <w:rsid w:val="00957EE5"/>
    <w:rsid w:val="00AA1D8D"/>
    <w:rsid w:val="00B47730"/>
    <w:rsid w:val="00B76E73"/>
    <w:rsid w:val="00BE09B4"/>
    <w:rsid w:val="00CA5163"/>
    <w:rsid w:val="00CB0664"/>
    <w:rsid w:val="00CC5FBD"/>
    <w:rsid w:val="00D523C0"/>
    <w:rsid w:val="00D97B33"/>
    <w:rsid w:val="00DC17E3"/>
    <w:rsid w:val="00FC693F"/>
    <w:rsid w:val="3CA875B7"/>
    <w:rsid w:val="4BAD2ADF"/>
    <w:rsid w:val="6ABC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3BAF4E"/>
  <w14:defaultImageDpi w14:val="300"/>
  <w15:docId w15:val="{E223A706-2DDF-4C4B-9845-D6649C77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17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7849FAF0AAA4F98EA2E03C4691E8E" ma:contentTypeVersion="13" ma:contentTypeDescription="Create a new document." ma:contentTypeScope="" ma:versionID="2bd1567ad6affbd1f65a73e6e6af500c">
  <xsd:schema xmlns:xsd="http://www.w3.org/2001/XMLSchema" xmlns:xs="http://www.w3.org/2001/XMLSchema" xmlns:p="http://schemas.microsoft.com/office/2006/metadata/properties" xmlns:ns2="93add18f-4af3-4e15-8fd5-2b92c57bdcb4" xmlns:ns3="947b73a8-b800-442a-ae54-ef00bb118778" targetNamespace="http://schemas.microsoft.com/office/2006/metadata/properties" ma:root="true" ma:fieldsID="418a09002236f1603653f62f1d9140f5" ns2:_="" ns3:_="">
    <xsd:import namespace="93add18f-4af3-4e15-8fd5-2b92c57bdcb4"/>
    <xsd:import namespace="947b73a8-b800-442a-ae54-ef00bb118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dd18f-4af3-4e15-8fd5-2b92c57bdc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b73a8-b800-442a-ae54-ef00bb11877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4f4ce1-cf06-4064-a1e3-9fad97349d18}" ma:internalName="TaxCatchAll" ma:showField="CatchAllData" ma:web="947b73a8-b800-442a-ae54-ef00bb118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add18f-4af3-4e15-8fd5-2b92c57bdcb4">
      <Terms xmlns="http://schemas.microsoft.com/office/infopath/2007/PartnerControls"/>
    </lcf76f155ced4ddcb4097134ff3c332f>
    <TaxCatchAll xmlns="947b73a8-b800-442a-ae54-ef00bb11877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A9DA8D-102F-489C-B305-6860A4A63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dd18f-4af3-4e15-8fd5-2b92c57bdcb4"/>
    <ds:schemaRef ds:uri="947b73a8-b800-442a-ae54-ef00bb118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7A6917-E01C-443F-B806-9159D2741D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6AE8F-2B1A-41AF-871B-DDBDA3182866}">
  <ds:schemaRefs>
    <ds:schemaRef ds:uri="http://schemas.microsoft.com/office/2006/metadata/properties"/>
    <ds:schemaRef ds:uri="http://schemas.microsoft.com/office/infopath/2007/PartnerControls"/>
    <ds:schemaRef ds:uri="93add18f-4af3-4e15-8fd5-2b92c57bdcb4"/>
    <ds:schemaRef ds:uri="947b73a8-b800-442a-ae54-ef00bb1187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4</DocSecurity>
  <Lines>4</Lines>
  <Paragraphs>1</Paragraphs>
  <ScaleCrop>false</ScaleCrop>
  <Manager/>
  <Company/>
  <LinksUpToDate>false</LinksUpToDate>
  <CharactersWithSpaces>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Easha Nadeem</cp:lastModifiedBy>
  <cp:revision>2</cp:revision>
  <dcterms:created xsi:type="dcterms:W3CDTF">2026-09-15T11:19:00Z</dcterms:created>
  <dcterms:modified xsi:type="dcterms:W3CDTF">2026-09-15T11:19:00Z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2026-03-04T10:28:01Z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8041c7d2-5ebb-4aec-94fb-c30af61197eb</vt:lpwstr>
  </property>
  <property fmtid="{D5CDD505-2E9C-101B-9397-08002B2CF9AE}" pid="8" name="MSIP_Label_a8660e0d-c47b-41e7-a62b-fb6eff85b393_ContentBits">
    <vt:lpwstr>0</vt:lpwstr>
  </property>
  <property fmtid="{D5CDD505-2E9C-101B-9397-08002B2CF9AE}" pid="9" name="MSIP_Label_a8660e0d-c47b-41e7-a62b-fb6eff85b393_Tag">
    <vt:lpwstr>10, 3, 0, 1</vt:lpwstr>
  </property>
  <property fmtid="{D5CDD505-2E9C-101B-9397-08002B2CF9AE}" pid="10" name="ContentTypeId">
    <vt:lpwstr>0x0101002F97849FAF0AAA4F98EA2E03C4691E8E</vt:lpwstr>
  </property>
  <property fmtid="{D5CDD505-2E9C-101B-9397-08002B2CF9AE}" pid="11" name="MediaServiceImageTags">
    <vt:lpwstr/>
  </property>
</Properties>
</file>